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Acceleration Varying with Time</w:t>
      </w:r>
    </w:p>
    <w:p>
      <w:pPr>
        <w:keepNext/>
        <w:jc w:val="both"/>
      </w:pPr>
      <w:r>
        <w:t>To find the velocity from the displacement, or the acceleration from the velocity, you: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find the velocity from the acceleration, or the displacement from the velocity, you: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 when you integrate: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P starts from rest at a point O and moves along a straight line. At time t seconds the acceleration, a m s</w:t>
      </w:r>
      <w:r>
        <w:rPr>
          <w:vertAlign w:val="superscript"/>
        </w:rPr>
        <w:t>−2</w:t>
      </w:r>
      <w:r>
        <w:t>, of P is given by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575816" cy="411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02713ef64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5816" cy="411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velocity of P at time t seconds.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displacement of P from O when t = 6 is (18 − 12 ln 2) m.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P is moving along the x-axis. At time t = 0, the particle is at the origin O and is moving with speed 2 m s</w:t>
      </w:r>
      <w:r>
        <w:rPr>
          <w:vertAlign w:val="superscript"/>
        </w:rPr>
        <w:t>−1</w:t>
      </w:r>
      <w:r>
        <w:t xml:space="preserve"> in the direction Ox. At time t seconds, where t ≥ 0, the acceleration of P is 4e</w:t>
      </w:r>
      <w:r>
        <w:rPr>
          <w:vertAlign w:val="superscript"/>
        </w:rPr>
        <w:t>−0.5t</w:t>
      </w:r>
      <w:r>
        <w:t xml:space="preserve"> m s</w:t>
      </w:r>
      <w:r>
        <w:rPr>
          <w:vertAlign w:val="superscript"/>
        </w:rPr>
        <w:t>−2</w:t>
      </w:r>
      <w:r>
        <w:t xml:space="preserve"> directed away from O.</w:t>
      </w:r>
    </w:p>
    <w:p>
      <w:pPr>
        <w:keepNext/>
        <w:ind w:left="720" w:hanging="357"/>
        <w:jc w:val="both"/>
      </w:pPr>
      <w:r>
        <w:t>a)</w:t>
        <w:tab/>
        <w:t>Find the velocity of P at time t seconds.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P cannot exceed 10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Sketch a velocity–time graph to illustrate the motion of P.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2516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s_v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25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  <w:r>
        <w:t>Terminal (or limiting) velocity: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is moving along the x-axis. At time t seconds, the velocity of P is v m s</w:t>
      </w:r>
      <w:r>
        <w:rPr>
          <w:vertAlign w:val="superscript"/>
        </w:rPr>
        <w:t>−1</w:t>
      </w:r>
      <w:r>
        <w:t>, where v = 4 sin(2πt). When t = 0, P is at O. Find:</w:t>
      </w:r>
    </w:p>
    <w:p>
      <w:pPr>
        <w:keepNext/>
        <w:ind w:left="720" w:hanging="357"/>
        <w:jc w:val="both"/>
      </w:pPr>
      <w:r>
        <w:t>a)</w:t>
        <w:tab/>
        <w:t>the magnitude of the acceleration of P when t = ⅔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greatest distance from O attained by P during the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particle P is moving along the x-axis. Initially P is at the origin O. At time t seconds (where t ≥ 0) the velocity, v m s</w:t>
      </w:r>
      <w:r>
        <w:rPr>
          <w:vertAlign w:val="superscript"/>
        </w:rPr>
        <w:t>−1</w:t>
      </w:r>
      <w:r>
        <w:t>, of P is given by v = te</w:t>
      </w:r>
      <w:r>
        <w:rPr>
          <w:vertAlign w:val="superscript"/>
        </w:rPr>
        <w:t>−t/4</w:t>
      </w:r>
      <w:r>
        <w:t>. Find the distance of P from O when the acceleration of P is zero.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particle is moving along the x-axis. At time t seconds the velocity of P is v m s</w:t>
      </w:r>
      <w:r>
        <w:rPr>
          <w:vertAlign w:val="superscript"/>
        </w:rPr>
        <w:t>−1</w:t>
      </w:r>
      <w:r>
        <w:t xml:space="preserve"> in the direction of x increasing, where</w:t>
      </w:r>
    </w:p>
    <w:p>
      <w:pPr>
        <w:keepNext/>
        <w:spacing w:before="40" w:after="4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746504" cy="5882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9d322e06e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6504" cy="588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When t = 0, P is at the origin O.</w:t>
      </w:r>
    </w:p>
    <w:p>
      <w:pPr>
        <w:keepNext/>
        <w:ind w:left="720" w:hanging="357"/>
        <w:jc w:val="both"/>
      </w:pPr>
      <w:r>
        <w:t>a)</w:t>
        <w:tab/>
        <w:t>Sketch a velocity–time graph to illustrate the motion of P in the interval 0 ≤ t ≤ 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2516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s_v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25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b)</w:t>
        <w:tab/>
        <w:t>Find the distance of P from O when t = 5.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Displacement or distance? When a particle changes direction: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A particle P moves on the positive x-axis. The velocity of P at time t seconds is (2t</w:t>
      </w:r>
      <w:r>
        <w:rPr>
          <w:vertAlign w:val="superscript"/>
        </w:rPr>
        <w:t>2</w:t>
      </w:r>
      <w:r>
        <w:t xml:space="preserve"> − 7t + 3) m s</w:t>
      </w:r>
      <w:r>
        <w:rPr>
          <w:vertAlign w:val="superscript"/>
        </w:rPr>
        <w:t>−1</w:t>
      </w:r>
      <w:r>
        <w:t>, t ≥ 0. When t = 0, P is 10 m from the origin O. Find:</w:t>
      </w:r>
    </w:p>
    <w:p>
      <w:pPr>
        <w:keepNext/>
        <w:ind w:left="720" w:hanging="357"/>
        <w:jc w:val="both"/>
      </w:pPr>
      <w:r>
        <w:t>a)</w:t>
        <w:tab/>
        <w:t>the values of t when P is instantaneously at rest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displacement of P when t = 5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total distance travelled by P in the interval 0 ≤ t ≤ 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25162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xes_v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25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