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3E Toppling and Sliding</w:t>
      </w:r>
    </w:p>
    <w:p>
      <w:pPr>
        <w:keepNext w:val="0"/>
        <w:jc w:val="both"/>
      </w:pPr>
      <w:r>
        <w:t>If a body rests in equilibrium on a rough inclined plane, the line of action of the weight: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What happens if the line of action of the weight passes outside the face in contact with the plane?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solid uniform cylinder of radius 3 cm and height 5 cm has a solid uniform hemisphere made from the same material, of radius 3 cm, joined to it so that the base of the hemisphere coincides with one circular end of the cylinder.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1957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95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position of the centre of mass of the composite body.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7"/>
        <w:gridCol w:w="2097"/>
        <w:gridCol w:w="2097"/>
        <w:gridCol w:w="2097"/>
      </w:tblGrid>
      <w:tr>
        <w:trPr>
          <w:trHeight w:val="369"/>
          <w:cantSplit/>
        </w:trPr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Mass</w:t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Ratio of masses</w:t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Height of centre of mass above base (cm)</w:t>
            </w:r>
          </w:p>
        </w:tc>
      </w:tr>
      <w:tr>
        <w:trPr>
          <w:trHeight w:val="369"/>
          <w:cantSplit/>
        </w:trPr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Cylinder</w:t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Hemisphere</w:t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09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22"/>
              </w:rPr>
              <w:t>Composite body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composite body is placed with the circular face of the cylinder on a rough inclined plane, which is inclined at an angle α to the horizontal. Given that the plane is sufficiently rough to prevent sliding,</w:t>
      </w:r>
    </w:p>
    <w:p>
      <w:pPr>
        <w:keepNext w:val="0"/>
        <w:ind w:left="720" w:hanging="357"/>
        <w:jc w:val="both"/>
      </w:pPr>
      <w:r>
        <w:t>b)</w:t>
        <w:tab/>
        <w:t>show that equilibrium is maintained provided that tan α &lt; 28⁄33.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A uniform solid cube of mass M and side 2a rests on a rough horizontal plane. The coefficient of friction is μ. A horizontal force of magnitude P is applied at the midpoint of an upper edge, perpendicular to that edge, as shown in the diagram. The reaction between the plane and the cube comprises a normal reaction force R and a friction force F and acts at a distance h from a lower edge of the cube as shown in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336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33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 whether the cube remains in equilibrium, or whether the equilibrium is broken by sliding or toppling, in each of the following cases. Also determine the value of F and the value of h in each case, giving your answers in terms of M, g and a as appropriate: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P = 0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 = ½Mg and μ = ¾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 = ¼Mg and μ = ⅕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body is on the point of sliding when:</w:t>
      </w:r>
    </w:p>
    <w:p>
      <w:pPr>
        <w:jc w:val="both"/>
      </w:pPr>
    </w:p>
    <w:p>
      <w:pPr>
        <w:keepNext w:val="0"/>
        <w:jc w:val="both"/>
      </w:pPr>
      <w:r>
        <w:t>A body is on the point of toppling when: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A uniform solid cube of mass M and side 2a is placed on a rough inclined plane which is at an angle α to the horizontal, where tan α = ½. The coefficient of friction is μ. Show that if μ &lt; ½ the cube will slide down the slope.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The cube in the previous example is now replaced by a cylinder of mass M with base radius a and height 6a. The cylinder is placed on the rough inclined plane, which is inclined at an angle α to the horizontal, where tan α = ½. The coefficient of friction is μ. Show that if μ &gt; ½ the cylinder will topple about the lower edge.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