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3B Centre of Mass of a Uniform Body</w:t>
      </w:r>
    </w:p>
    <w:p>
      <w:pPr>
        <w:keepNext w:val="0"/>
        <w:jc w:val="both"/>
      </w:pPr>
      <w:r>
        <w:t>For a uniform solid body, the centre of mass lies: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Uniform solid sphere:</w:t>
      </w:r>
    </w:p>
    <w:p>
      <w:pPr>
        <w:jc w:val="both"/>
      </w:pPr>
    </w:p>
    <w:p>
      <w:pPr>
        <w:keepNext w:val="0"/>
        <w:jc w:val="both"/>
      </w:pPr>
      <w:r>
        <w:t>Uniform solid right circular cylinder: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Solid of revolution about the x-axis: divide into thin discs of radius y and thickness δx. Mass of one disc:</w:t>
      </w:r>
    </w:p>
    <w:p>
      <w:pPr>
        <w:jc w:val="both"/>
      </w:pPr>
    </w:p>
    <w:p>
      <w:pPr>
        <w:keepNext/>
        <w:spacing w:after="6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26136" cy="2346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24345c8be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136" cy="234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Solid of revolution about the y-axis:</w:t>
      </w:r>
    </w:p>
    <w:p>
      <w:pPr>
        <w:keepNext/>
        <w:spacing w:after="6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13944" cy="2346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569efedf67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3944" cy="234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Find the centre of mass of the uniform solid right circular cone with radius R and height h.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5086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508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Centre of mass of a uniform solid cone: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Find the centre of mass of the uniform solid hemisphere with radius 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90020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9002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Centre of mass of a uniform solid hemisphere: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Find the centre of mass of the uniform solid of revolution formed by rotating the finite region enclosed by the curve y = x² + 1, the x-axis and the lines x = 0 and x = 3 through 360° about the x-axis as shown in the diagram below.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234383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3438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Find the centre of mass of the uniform hemispherical shell with radius 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440000" cy="219512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195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Hint: remove a solid hemisphere of radius X from a solid hemisphere of radius R, then let X → 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</w:tblGrid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Mass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Centre of mass</w:t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Solid hemisphere, radius R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Solid hemisphere, radius X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jc w:val="center"/>
            </w:pPr>
            <w:r>
              <w:rPr>
                <w:b/>
                <w:sz w:val="22"/>
              </w:rPr>
              <w:t>Hollow shell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Centre of mass of a uniform hemispherical shell: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Show that the centre of mass of the uniform hollow right circular cone with radius R and height h is at a distance ⅓h from the base along the axis of symmetry.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38290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382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Centre of mass of a conical shell: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Frustum: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Find the position of the centre of mass of the frustum of a right circular uniform cone, of end radii 1 cm and 4 cm, and of height 7 cm.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440000" cy="133787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33787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</w:tblGrid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Mass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Distance of centre of mass from base</w:t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Large cone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Small cone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jc w:val="center"/>
            </w:pPr>
            <w:r>
              <w:rPr>
                <w:b/>
                <w:sz w:val="22"/>
              </w:rPr>
              <w:t>Frustum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