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2E Centre of Mass of a Framework</w:t>
      </w:r>
    </w:p>
    <w:p>
      <w:pPr>
        <w:keepNext w:val="0"/>
        <w:jc w:val="both"/>
      </w:pPr>
      <w:r>
        <w:t>Framework:</w:t>
      </w: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Centre of mass of a uniform straight rod:</w:t>
      </w:r>
    </w:p>
    <w:p>
      <w:pPr>
        <w:jc w:val="both"/>
      </w:pPr>
    </w:p>
    <w:p>
      <w:pPr>
        <w:keepNext w:val="0"/>
        <w:jc w:val="both"/>
      </w:pPr>
      <w:r>
        <w:t>For a framework made from uniform wire, the mass of each piece is proportional to:</w:t>
      </w:r>
    </w:p>
    <w:p>
      <w:pPr>
        <w:jc w:val="both"/>
      </w:pPr>
    </w:p>
    <w:p>
      <w:pPr>
        <w:keepNext/>
        <w:jc w:val="both"/>
      </w:pPr>
      <w:r>
        <w:t>Uniform circular arc of radius r and centre angle 2α (α in radians):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520000" cy="101844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rc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01844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ind w:left="357"/>
        <w:jc w:val="both"/>
      </w:pPr>
      <w:r>
        <w:t>Distance of the centre of mass from the centre =</w:t>
      </w: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1.</w:t>
        <w:tab/>
        <w:t>A framework consists of a uniform length of wire which has been bent into the shape of a letter L, as shown. Find the distance of the centre of mass of the framework from AB and AF.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1260000" cy="1654591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14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260000" cy="1654591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3"/>
        <w:gridCol w:w="963"/>
        <w:gridCol w:w="963"/>
        <w:gridCol w:w="963"/>
        <w:gridCol w:w="963"/>
        <w:gridCol w:w="963"/>
        <w:gridCol w:w="963"/>
        <w:gridCol w:w="963"/>
      </w:tblGrid>
      <w:tr>
        <w:trPr>
          <w:trHeight w:val="369"/>
          <w:cantSplit/>
        </w:trPr>
        <w:tc>
          <w:tcPr>
            <w:tcW w:type="dxa" w:w="96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</w:r>
          </w:p>
        </w:tc>
        <w:tc>
          <w:tcPr>
            <w:tcW w:type="dxa" w:w="96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AB</w:t>
            </w:r>
          </w:p>
        </w:tc>
        <w:tc>
          <w:tcPr>
            <w:tcW w:type="dxa" w:w="96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BC</w:t>
            </w:r>
          </w:p>
        </w:tc>
        <w:tc>
          <w:tcPr>
            <w:tcW w:type="dxa" w:w="96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CD</w:t>
            </w:r>
          </w:p>
        </w:tc>
        <w:tc>
          <w:tcPr>
            <w:tcW w:type="dxa" w:w="96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DE</w:t>
            </w:r>
          </w:p>
        </w:tc>
        <w:tc>
          <w:tcPr>
            <w:tcW w:type="dxa" w:w="96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EF</w:t>
            </w:r>
          </w:p>
        </w:tc>
        <w:tc>
          <w:tcPr>
            <w:tcW w:type="dxa" w:w="96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FA</w:t>
            </w:r>
          </w:p>
        </w:tc>
        <w:tc>
          <w:tcPr>
            <w:tcW w:type="dxa" w:w="96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Frame</w:t>
            </w:r>
          </w:p>
        </w:tc>
      </w:tr>
      <w:tr>
        <w:trPr>
          <w:trHeight w:val="369"/>
          <w:cantSplit/>
        </w:trPr>
        <w:tc>
          <w:tcPr>
            <w:tcW w:type="dxa" w:w="96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Length</w:t>
            </w:r>
          </w:p>
        </w:tc>
        <w:tc>
          <w:tcPr>
            <w:tcW w:type="dxa" w:w="96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96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96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96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96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96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96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369"/>
          <w:cantSplit/>
        </w:trPr>
        <w:tc>
          <w:tcPr>
            <w:tcW w:type="dxa" w:w="96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x</w:t>
            </w:r>
          </w:p>
        </w:tc>
        <w:tc>
          <w:tcPr>
            <w:tcW w:type="dxa" w:w="96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96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96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96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96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96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96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369"/>
          <w:cantSplit/>
        </w:trPr>
        <w:tc>
          <w:tcPr>
            <w:tcW w:type="dxa" w:w="964"/>
          </w:tcPr>
          <w:p>
            <w:pPr>
              <w:jc w:val="center"/>
            </w:pPr>
            <w:r>
              <w:rPr>
                <w:b/>
                <w:sz w:val="22"/>
              </w:rPr>
              <w:t>y</w:t>
            </w:r>
          </w:p>
        </w:tc>
        <w:tc>
          <w:tcPr>
            <w:tcW w:type="dxa" w:w="964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964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964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964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964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964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964"/>
          </w:tcPr>
          <w:p>
            <w:pPr>
              <w:jc w:val="center"/>
            </w:pPr>
            <w:r>
              <w:rPr>
                <w:sz w:val="22"/>
              </w:rPr>
            </w:r>
          </w:p>
        </w:tc>
      </w:tr>
    </w:tbl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r>
        <w:br w:type="page"/>
      </w:r>
    </w:p>
    <w:p>
      <w:pPr>
        <w:keepNext/>
        <w:ind w:left="357" w:hanging="357"/>
        <w:jc w:val="both"/>
      </w:pPr>
      <w:r>
        <w:t>2.</w:t>
        <w:tab/>
        <w:t>Find the position of the centre of mass of a framework constructed from a uniform piece of wire bent into the shape shown: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1440000" cy="1758987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15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75898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ind w:left="357"/>
        <w:jc w:val="both"/>
      </w:pPr>
      <w:r>
        <w:t>where the wire BCD is a semicircle, centre O, of radius 3 cm and wire BAED forms three sides of a rectangle ABDE.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360"/>
        <w:gridCol w:w="1360"/>
        <w:gridCol w:w="1360"/>
        <w:gridCol w:w="1360"/>
        <w:gridCol w:w="1360"/>
        <w:gridCol w:w="1360"/>
      </w:tblGrid>
      <w:tr>
        <w:trPr>
          <w:trHeight w:val="369"/>
          <w:cantSplit/>
        </w:trPr>
        <w:tc>
          <w:tcPr>
            <w:tcW w:type="dxa" w:w="136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</w:r>
          </w:p>
        </w:tc>
        <w:tc>
          <w:tcPr>
            <w:tcW w:type="dxa" w:w="136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Arc BCD</w:t>
            </w:r>
          </w:p>
        </w:tc>
        <w:tc>
          <w:tcPr>
            <w:tcW w:type="dxa" w:w="136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AB</w:t>
            </w:r>
          </w:p>
        </w:tc>
        <w:tc>
          <w:tcPr>
            <w:tcW w:type="dxa" w:w="136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AE</w:t>
            </w:r>
          </w:p>
        </w:tc>
        <w:tc>
          <w:tcPr>
            <w:tcW w:type="dxa" w:w="136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ED</w:t>
            </w:r>
          </w:p>
        </w:tc>
        <w:tc>
          <w:tcPr>
            <w:tcW w:type="dxa" w:w="136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Framework</w:t>
            </w:r>
          </w:p>
        </w:tc>
      </w:tr>
      <w:tr>
        <w:trPr>
          <w:trHeight w:val="369"/>
          <w:cantSplit/>
        </w:trPr>
        <w:tc>
          <w:tcPr>
            <w:tcW w:type="dxa" w:w="136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Length</w:t>
            </w:r>
          </w:p>
        </w:tc>
        <w:tc>
          <w:tcPr>
            <w:tcW w:type="dxa" w:w="1361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361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361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361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361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369"/>
          <w:cantSplit/>
        </w:trPr>
        <w:tc>
          <w:tcPr>
            <w:tcW w:type="dxa" w:w="136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x</w:t>
            </w:r>
          </w:p>
        </w:tc>
        <w:tc>
          <w:tcPr>
            <w:tcW w:type="dxa" w:w="1361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361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361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361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361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369"/>
          <w:cantSplit/>
        </w:trPr>
        <w:tc>
          <w:tcPr>
            <w:tcW w:type="dxa" w:w="1361"/>
          </w:tcPr>
          <w:p>
            <w:pPr>
              <w:jc w:val="center"/>
            </w:pPr>
            <w:r>
              <w:rPr>
                <w:b/>
                <w:sz w:val="22"/>
              </w:rPr>
              <w:t>y</w:t>
            </w:r>
          </w:p>
        </w:tc>
        <w:tc>
          <w:tcPr>
            <w:tcW w:type="dxa" w:w="1361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361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361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361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361"/>
          </w:tcPr>
          <w:p>
            <w:pPr>
              <w:jc w:val="center"/>
            </w:pPr>
            <w:r>
              <w:rPr>
                <w:sz w:val="22"/>
              </w:rPr>
            </w:r>
          </w:p>
        </w:tc>
      </w:tr>
    </w:tbl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