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2B Centre of Mass of a Set of Particles Arranged in a Plane</w:t>
      </w:r>
    </w:p>
    <w:p>
      <w:pPr>
        <w:keepNext w:val="0"/>
        <w:jc w:val="both"/>
      </w:pPr>
      <w:r>
        <w:t>For particles arranged in a plane, consider the x- and y-coordinates separately: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coordinates of the centre of mass of the following system of particles:</w:t>
      </w:r>
    </w:p>
    <w:p>
      <w:pPr>
        <w:keepNext/>
        <w:ind w:left="357"/>
        <w:jc w:val="both"/>
      </w:pPr>
      <w:r>
        <w:t xml:space="preserve">        2 kg at (1, 2);    3 kg at (3, 1);    5 kg at (4, 3)</w:t>
      </w:r>
    </w:p>
    <w:p>
      <w:pPr>
        <w:keepNext/>
        <w:ind w:left="357"/>
        <w:jc w:val="both"/>
      </w:pPr>
      <w:r>
        <w:t>Method 1 (taking moments about each axis):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Method 2 (using position vectors):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Key result using position vectors (masses m₁, …, mₙ with position vectors r₁, …, rₙ):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coordinates of the centre of mass of the following system of particles:</w:t>
      </w:r>
    </w:p>
    <w:p>
      <w:pPr>
        <w:keepNext/>
        <w:ind w:left="357"/>
        <w:jc w:val="both"/>
      </w:pPr>
      <w:r>
        <w:t xml:space="preserve">        4 kg at (−1, 3);    2 kg at (−2, −4);    8 kg at (4, 0);    6 kg at (1, −3)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a question does not specify axes or coordinates: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A light rectangular plate ABCD has AB = 20 cm and AD = 50 cm. Particles of masses 2 kg, 3 kg, 5 kg and 5 kg are attached to the plate at the points A, B, C and D respectively. Find the distance of the centre of mass of the loaded plate from:</w:t>
      </w:r>
    </w:p>
    <w:p>
      <w:pPr>
        <w:keepNext/>
        <w:ind w:left="720" w:hanging="357"/>
        <w:jc w:val="both"/>
      </w:pPr>
      <w:r>
        <w:t>a)</w:t>
        <w:tab/>
        <w:t>AD</w:t>
      </w:r>
    </w:p>
    <w:p>
      <w:pPr>
        <w:keepNext w:val="0"/>
        <w:ind w:left="720" w:hanging="357"/>
        <w:jc w:val="both"/>
      </w:pPr>
      <w:r>
        <w:t>b)</w:t>
        <w:tab/>
        <w:t>AB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Particles of masses 4 kg, 3 kg, 2 kg and 1 kg are placed at the points (x, y), (3, 2), (1, −5) and (6, 0) respectively. Given that the centre of mass of the four particles is at the point (2.5, −2), find the values of x and 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Three particles of masses 2 kg, 1 kg and m kg are situated at the points (−1, 3), (2, 9) and (2, −1) respectively. Given that the centre of mass of the three particles is at the point (1, ȳ), find:</w:t>
      </w:r>
    </w:p>
    <w:p>
      <w:pPr>
        <w:keepNext/>
        <w:ind w:left="720" w:hanging="357"/>
        <w:jc w:val="both"/>
      </w:pPr>
      <w:r>
        <w:t>a)</w:t>
        <w:tab/>
        <w:t>the value of m</w:t>
      </w:r>
    </w:p>
    <w:p>
      <w:pPr>
        <w:keepNext w:val="0"/>
        <w:ind w:left="720" w:hanging="357"/>
        <w:jc w:val="both"/>
      </w:pPr>
      <w:r>
        <w:t>b)</w:t>
        <w:tab/>
        <w:t>the value of ȳ.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