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1A Angular Speed</w:t>
      </w:r>
    </w:p>
    <w:p>
      <w:pPr>
        <w:keepNext/>
        <w:jc w:val="both"/>
      </w:pPr>
      <w:r>
        <w:t>Angular speed (what it measures, its symbol and its units):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link between linear speed v and angular speed ω for a circle of radius r: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Converting revolutions to radians: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A particle moves in a circle of radius 4 m with speed 2 m s⁻¹. Calculate the angular speed.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Express an angular speed of 200 revolutions per minute in radians per second.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A particle moves round a circle in 10 seconds at a constant speed of 15 m s⁻¹. Calculate the angular speed of the particle and the radius of the circle.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