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Hours, Minutes and Seconds: From Decimals to Problem Solving</w:t>
      </w:r>
    </w:p>
    <w:p>
      <w:r>
        <w:rPr>
          <w:i/>
        </w:rPr>
        <w:t>Westies Workshop · GCSE Number 2.3 Calculator Techniques</w:t>
      </w:r>
    </w:p>
    <w:p>
      <w:r>
        <w:t>Remember: 1 hour = 60 minutes and 1 minute = 60 seconds. To change a decimal part into minutes (or seconds), multiply it by 60. On most scientific calculators the ° ' '' button does this for you.</w:t>
      </w:r>
    </w:p>
    <w:p>
      <w:pPr>
        <w:pStyle w:val="Heading2"/>
      </w:pPr>
      <w:r>
        <w:t>Section A: Basic conversions</w:t>
      </w:r>
    </w:p>
    <w:p>
      <w:r>
        <w:t>1.  Write 3.5 hours in hours and minutes.</w:t>
      </w:r>
    </w:p>
    <w:p/>
    <w:p>
      <w:r>
        <w:t>2.  Write 2.25 hours in hours and minutes.</w:t>
      </w:r>
    </w:p>
    <w:p/>
    <w:p>
      <w:r>
        <w:t>3.  Write 1.8 hours in hours and minutes.</w:t>
      </w:r>
    </w:p>
    <w:p/>
    <w:p>
      <w:r>
        <w:t>4.  Write 6.4 minutes in minutes and seconds.</w:t>
      </w:r>
    </w:p>
    <w:p/>
    <w:p>
      <w:r>
        <w:t>5.  Write 2 hours 45 minutes as a decimal number of hours.</w:t>
      </w:r>
    </w:p>
    <w:p/>
    <w:p>
      <w:r>
        <w:t>6.  Write 3 minutes 27 seconds as a decimal number of minutes.</w:t>
      </w:r>
    </w:p>
    <w:p/>
    <w:p>
      <w:r>
        <w:t>7.  How many minutes are there in 2.65 hours?</w:t>
      </w:r>
    </w:p>
    <w:p/>
    <w:p>
      <w:r>
        <w:t>8.  Use the ° ' '' button to write 3.7375 hours in hours, minutes and seconds.</w:t>
      </w:r>
    </w:p>
    <w:p/>
    <w:p>
      <w:r>
        <w:t>9.  Use the ° ' '' button to write 1.2575 hours in hours, minutes and seconds.</w:t>
      </w:r>
    </w:p>
    <w:p/>
    <w:p>
      <w:r>
        <w:t>10.  Use the ° ' '' button to write 0.0725 hours in minutes and seconds.</w:t>
      </w:r>
    </w:p>
    <w:p/>
    <w:p>
      <w:r>
        <w:t>11.  Write 5 hours 13 minutes 48 seconds as a decimal number of hours.</w:t>
      </w:r>
    </w:p>
    <w:p/>
    <w:p>
      <w:r>
        <w:t>12.  Write 2.4175 minutes in minutes and seconds, to the nearest second.</w:t>
      </w:r>
    </w:p>
    <w:p/>
    <w:p>
      <w:pPr>
        <w:pStyle w:val="Heading2"/>
      </w:pPr>
      <w:r>
        <w:t>Section B: Problem solving</w:t>
      </w:r>
    </w:p>
    <w:p>
      <w:r>
        <w:t>Each answer comes out as a decimal that you need to turn into hours, minutes and seconds. Most are not "nice" decimals, so use the ° ' '' button: with the decimal answer on your calculator screen, press ° ' '' to see it in hours (or minutes), minutes and seconds. Press it again to go back to the decimal.</w:t>
      </w:r>
    </w:p>
    <w:p>
      <w:r>
        <w:rPr>
          <w:b/>
        </w:rPr>
        <w:t>1.  Journey (speed, distance, time)</w:t>
      </w:r>
    </w:p>
    <w:p>
      <w:r>
        <w:t>A coach travels 200 km at an average speed of 76 km/h. It leaves at 09:50.</w:t>
        <w:br/>
        <w:t>(a) How long does the journey take? Give your answer in hours, minutes and seconds, to the nearest second.</w:t>
        <w:br/>
        <w:t>(b) At what time does it arrive, to the nearest minute?</w:t>
      </w:r>
    </w:p>
    <w:p>
      <w:r>
        <w:br/>
        <w:br/>
      </w:r>
    </w:p>
    <w:p>
      <w:r>
        <w:rPr>
          <w:b/>
        </w:rPr>
        <w:t>2.  Earnings (money)</w:t>
      </w:r>
    </w:p>
    <w:p>
      <w:r>
        <w:t>Maya is paid £10.42 per hour. One week she earns £86.</w:t>
        <w:br/>
        <w:t>How long did she work? Give your answer in hours and minutes, to the nearest minute.</w:t>
      </w:r>
    </w:p>
    <w:p>
      <w:r>
        <w:br/>
        <w:br/>
      </w:r>
    </w:p>
    <w:p>
      <w:r>
        <w:rPr>
          <w:b/>
        </w:rPr>
        <w:t>3.  Filling a tank (volume and units)</w:t>
      </w:r>
    </w:p>
    <w:p>
      <w:r>
        <w:t>A fish tank is a cuboid 80 cm long, 50 cm wide and 60 cm high. It is filled with water at 4.7 litres per minute.</w:t>
        <w:br/>
        <w:t>How long does it take to fill the tank? Give your answer in minutes and seconds, to the nearest second. (1 litre = 1000 cm³)</w:t>
      </w:r>
    </w:p>
    <w:p>
      <w:r>
        <w:br/>
        <w:br/>
      </w:r>
    </w:p>
    <w:p>
      <w:r>
        <w:rPr>
          <w:b/>
        </w:rPr>
        <w:t>4.  Phone battery (percentages)</w:t>
      </w:r>
    </w:p>
    <w:p>
      <w:r>
        <w:t>A phone battery charges at 1.7% per minute. It is at 24% now.</w:t>
        <w:br/>
        <w:t>How long will it take to reach 100%? Give your answer in minutes and seconds, to the nearest second.</w:t>
      </w:r>
    </w:p>
    <w:p>
      <w:r>
        <w:br/>
        <w:br/>
      </w:r>
    </w:p>
    <w:p>
      <w:r>
        <w:rPr>
          <w:b/>
        </w:rPr>
        <w:t>5.  Sharing the driving (ratio)</w:t>
      </w:r>
    </w:p>
    <w:p>
      <w:r>
        <w:t>Ali and Ben share 6.3 hours of driving in the ratio 3 : 4.</w:t>
        <w:br/>
        <w:t>How long does each of them drive? Give your answers in hours and minutes.</w:t>
      </w:r>
    </w:p>
    <w:p>
      <w:r>
        <w:br/>
        <w:br/>
      </w:r>
    </w:p>
    <w:p>
      <w:r>
        <w:rPr>
          <w:b/>
        </w:rPr>
        <w:t>6.  Light from the Sun (standard form)</w:t>
      </w:r>
    </w:p>
    <w:p>
      <w:r>
        <w:t>The Sun is 1.496 × 10⁸ km from the Earth. Light travels at 2.998 × 10⁵ km per second.</w:t>
        <w:br/>
        <w:t>How long does light from the Sun take to reach the Earth? Give your answer in minutes and seconds, to the nearest second.</w:t>
      </w:r>
    </w:p>
    <w:p>
      <w:r>
        <w:br/>
        <w:br/>
      </w:r>
    </w:p>
    <w:p>
      <w:r>
        <w:rPr>
          <w:b/>
        </w:rPr>
        <w:t>7.  Cross-country (averages)</w:t>
      </w:r>
    </w:p>
    <w:p>
      <w:r>
        <w:t>Four runners finish a race in 12.4, 13.05, 11.8 and 12.83 minutes.</w:t>
        <w:br/>
        <w:t>Work out their mean time in minutes and seconds.</w:t>
      </w:r>
    </w:p>
    <w:p>
      <w:r>
        <w:br/>
        <w:br/>
      </w:r>
    </w:p>
    <w:p>
      <w:r>
        <w:rPr>
          <w:b/>
        </w:rPr>
        <w:t>8.  Cooking a turkey (proportion)</w:t>
      </w:r>
    </w:p>
    <w:p>
      <w:r>
        <w:t>A turkey needs 25 minutes per 500 g plus an extra 20 minutes. A turkey weighs 4.35 kg and goes in the oven at 10:45.</w:t>
        <w:br/>
        <w:t>(a) How long does it cook, in hours, minutes and seconds?</w:t>
        <w:br/>
        <w:t>(b) At what time will it be ready?</w:t>
      </w:r>
    </w:p>
    <w:p>
      <w:r>
        <w:br/>
        <w:br/>
      </w:r>
    </w:p>
    <w:p>
      <w:r>
        <w:rPr>
          <w:b/>
        </w:rPr>
        <w:t>9.  A long film (fractions)</w:t>
      </w:r>
    </w:p>
    <w:p>
      <w:r>
        <w:t>A film lasts 2 3/4 hours. Jo has watched 3/7 of it.</w:t>
        <w:br/>
        <w:t>How much of the film is left? Give your answer in hours, minutes and seconds, to the nearest second.</w:t>
      </w:r>
    </w:p>
    <w:p>
      <w:r>
        <w:br/>
        <w:br/>
      </w:r>
    </w:p>
    <w:p>
      <w:r>
        <w:rPr>
          <w:b/>
        </w:rPr>
        <w:t>10.  Walking to school (speed, units)</w:t>
      </w:r>
    </w:p>
    <w:p>
      <w:r>
        <w:t>Kim walks 3.8 km to school at 4.6 km/h.</w:t>
        <w:br/>
        <w:t>How long does the walk take? Give your answer in minutes and seconds, to the nearest second.</w:t>
      </w:r>
    </w:p>
    <w:p>
      <w:r>
        <w:br/>
        <w:br/>
      </w:r>
    </w:p>
    <w:p>
      <w:r>
        <w:rPr>
          <w:b/>
        </w:rPr>
        <w:t>11.  Drone flight (Pythagoras)</w:t>
      </w:r>
    </w:p>
    <w:p>
      <w:r>
        <w:rPr>
          <w:i/>
          <w:color w:val="B45309"/>
        </w:rPr>
        <w:t>⚑ Check with your teacher that you have covered Pythagoras before trying this one.</w:t>
      </w:r>
    </w:p>
    <w:p>
      <w:r>
        <w:t>A drone flies in a straight line from one corner of a rectangular field to the opposite corner. The field is 125 m by 84 m. The drone flies at 2.4 m/s.</w:t>
        <w:br/>
        <w:t>How long does the flight take? Give your answer in minutes and seconds, to 1 decimal place of a second.</w:t>
      </w:r>
    </w:p>
    <w:p>
      <w:r>
        <w:br/>
        <w:br/>
      </w:r>
    </w:p>
    <w:p>
      <w:r>
        <w:rPr>
          <w:b/>
        </w:rPr>
        <w:t>12.  A faster train (reverse percentages)</w:t>
      </w:r>
    </w:p>
    <w:p>
      <w:r>
        <w:rPr>
          <w:i/>
          <w:color w:val="B45309"/>
        </w:rPr>
        <w:t>⚑ Check with your teacher that you have covered reverse percentages before trying this one.</w:t>
      </w:r>
    </w:p>
    <w:p>
      <w:r>
        <w:t>After a 15% increase in speed, a train journey takes 2 hours 15 minutes.</w:t>
        <w:br/>
        <w:t>How long did the journey take before the increase? Give your answer in hours, minutes and seconds.</w:t>
      </w:r>
    </w:p>
    <w:p>
      <w:r>
        <w:br/>
        <w:br/>
      </w:r>
    </w:p>
    <w:p>
      <w:pPr>
        <w:pStyle w:val="Heading2"/>
      </w:pPr>
      <w:r>
        <w:t>Section C: Think about it</w:t>
      </w:r>
    </w:p>
    <w:p>
      <w:r>
        <w:rPr>
          <w:b/>
        </w:rPr>
        <w:t>1.  Spot the mistake</w:t>
      </w:r>
    </w:p>
    <w:p>
      <w:r>
        <w:t>Sam says, “1.5 hours is 1 hour 50 minutes.”</w:t>
        <w:br/>
        <w:t>Explain Sam’s mistake and give the correct time.</w:t>
      </w:r>
    </w:p>
    <w:p>
      <w:r>
        <w:br/>
      </w:r>
    </w:p>
    <w:p>
      <w:r>
        <w:rPr>
          <w:b/>
        </w:rPr>
        <w:t>2.  Which is longer?</w:t>
      </w:r>
    </w:p>
    <w:p>
      <w:r>
        <w:t>Which is longer: 2.4 hours or 2 hours 25 minutes? Show your working.</w:t>
      </w:r>
    </w:p>
    <w:p>
      <w:r>
        <w:br/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