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7A Forming Recurrence Relations</w:t>
      </w:r>
    </w:p>
    <w:p>
      <w:pPr>
        <w:keepNext w:val="0"/>
        <w:jc w:val="left"/>
      </w:pPr>
      <w:r>
        <w:t>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An initial condition: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First-order and second-order recurrence relations: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Harry owes £500 on a credit card that charges 1.5% interest each month. He decides to make no new charges and pays off £50 each month. Formulate a recurrence relation that describes the balance remaining on the credit card after n months.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The deer population of a county was observed to be 1200 in a given year. The population is modelled to increase at a rate of 15% each year. Let d</w:t>
      </w:r>
      <w:r>
        <w:rPr>
          <w:vertAlign w:val="subscript"/>
        </w:rPr>
        <w:t>n</w:t>
      </w:r>
      <w:r>
        <w:t xml:space="preserve"> be the population of deer n years later. Explain why the deer population is modelled by the recurrence relation d</w:t>
      </w:r>
      <w:r>
        <w:rPr>
          <w:vertAlign w:val="subscript"/>
        </w:rPr>
        <w:t>n</w:t>
      </w:r>
      <w:r>
        <w:t xml:space="preserve"> = 1.15d</w:t>
      </w:r>
      <w:r>
        <w:rPr>
          <w:vertAlign w:val="subscript"/>
        </w:rPr>
        <w:t>n−1</w:t>
      </w:r>
      <w:r>
        <w:t>, with d</w:t>
      </w:r>
      <w:r>
        <w:rPr>
          <w:vertAlign w:val="subscript"/>
        </w:rPr>
        <w:t>0</w:t>
      </w:r>
      <w:r>
        <w:t xml:space="preserve"> = 1200.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(A level only) A population of bacteria has initial size 200. After one hour, the population has reached 220. The population grows in such a way that the rate of growth doubles each hour. Write a recurrence relation to describe the number of bacteria, b</w:t>
      </w:r>
      <w:r>
        <w:rPr>
          <w:vertAlign w:val="subscript"/>
        </w:rPr>
        <w:t>n</w:t>
      </w:r>
      <w:r>
        <w:t>, after n hours.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How to verify that a general term u</w:t>
      </w:r>
      <w:r>
        <w:rPr>
          <w:vertAlign w:val="subscript"/>
        </w:rPr>
        <w:t>n</w:t>
      </w:r>
      <w:r>
        <w:t xml:space="preserve"> = f(n) satisfies a recurrence relation: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A sequence has the general term u</w:t>
      </w:r>
      <w:r>
        <w:rPr>
          <w:vertAlign w:val="subscript"/>
        </w:rPr>
        <w:t>n</w:t>
      </w:r>
      <w:r>
        <w:t xml:space="preserve"> = 3n − 1. Verify that the sequence satisfies the recurrence relation u</w:t>
      </w:r>
      <w:r>
        <w:rPr>
          <w:vertAlign w:val="subscript"/>
        </w:rPr>
        <w:t>n</w:t>
      </w:r>
      <w:r>
        <w:t xml:space="preserve"> = 3 + 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5.</w:t>
        <w:tab/>
        <w:t>A sequence has the general term u</w:t>
      </w:r>
      <w:r>
        <w:rPr>
          <w:vertAlign w:val="subscript"/>
        </w:rPr>
        <w:t>n</w:t>
      </w:r>
      <w:r>
        <w:t xml:space="preserve"> = 2 × 3</w:t>
      </w:r>
      <w:r>
        <w:rPr>
          <w:vertAlign w:val="superscript"/>
        </w:rPr>
        <w:t>n−1</w:t>
      </w:r>
      <w:r>
        <w:t>. Verify that the sequence satisfies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Recursive form and closed form of a sequence:</w:t>
      </w:r>
    </w:p>
    <w:p>
      <w:pPr>
        <w:jc w:val="left"/>
      </w:pPr>
    </w:p>
    <w:p>
      <w:pPr>
        <w:jc w:val="left"/>
      </w:pPr>
    </w:p>
    <w:p>
      <w:pPr>
        <w:pageBreakBefore/>
        <w:jc w:val="center"/>
      </w:pPr>
      <w:r>
        <w:rPr>
          <w:b/>
          <w:sz w:val="32"/>
          <w:u w:val="single"/>
        </w:rPr>
        <w:t>7B Solving First-Order Recurrence Relations</w:t>
      </w:r>
    </w:p>
    <w:p>
      <w:pPr>
        <w:keepNext w:val="0"/>
        <w:jc w:val="left"/>
      </w:pPr>
      <w:r>
        <w:t>The order of 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 first-order linear recurrence relation can be written in the form:</w:t>
      </w:r>
    </w:p>
    <w:p>
      <w:pPr>
        <w:jc w:val="left"/>
      </w:pPr>
    </w:p>
    <w:p>
      <w:pPr>
        <w:keepNext w:val="0"/>
        <w:jc w:val="left"/>
      </w:pPr>
      <w:r>
        <w:t>It is homogeneous when:</w:t>
      </w:r>
    </w:p>
    <w:p>
      <w:pPr>
        <w:jc w:val="left"/>
      </w:pPr>
    </w:p>
    <w:p>
      <w:pPr>
        <w:keepNext w:val="0"/>
        <w:jc w:val="left"/>
      </w:pPr>
      <w:r>
        <w:t>Back substitution: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Find a closed form for the sequence a</w:t>
      </w:r>
      <w:r>
        <w:rPr>
          <w:vertAlign w:val="subscript"/>
        </w:rPr>
        <w:t>n</w:t>
      </w:r>
      <w:r>
        <w:t xml:space="preserve"> = 5a</w:t>
      </w:r>
      <w:r>
        <w:rPr>
          <w:vertAlign w:val="subscript"/>
        </w:rPr>
        <w:t>n−1</w:t>
      </w:r>
      <w:r>
        <w:t>, n &gt; 0; a</w:t>
      </w:r>
      <w:r>
        <w:rPr>
          <w:vertAlign w:val="subscript"/>
        </w:rPr>
        <w:t>0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the first-order 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is: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Solve the recurrence relation a</w:t>
      </w:r>
      <w:r>
        <w:rPr>
          <w:vertAlign w:val="subscript"/>
        </w:rPr>
        <w:t>n</w:t>
      </w:r>
      <w:r>
        <w:t xml:space="preserve"> = 2a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0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General solution and particular solution: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−3a</w:t>
      </w:r>
      <w:r>
        <w:rPr>
          <w:vertAlign w:val="subscript"/>
        </w:rPr>
        <w:t>n−1</w:t>
      </w:r>
      <w:r>
        <w:t>, n ≥ 1, with a</w:t>
      </w:r>
      <w:r>
        <w:rPr>
          <w:vertAlign w:val="subscript"/>
        </w:rPr>
        <w:t>1</w:t>
      </w:r>
      <w:r>
        <w:t xml:space="preserve"> = 6.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Find a solution to the recurrence relation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n, n ≥ 1, with u</w:t>
      </w:r>
      <w:r>
        <w:rPr>
          <w:vertAlign w:val="subscript"/>
        </w:rPr>
        <w:t>0</w:t>
      </w:r>
      <w:r>
        <w:t xml:space="preserve"> = 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solution to 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g(n) is:</w:t>
      </w: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  <w:t>Solve the following recurrence relations.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+ 2n + 1, n ≥ 1, with u</w:t>
      </w:r>
      <w:r>
        <w:rPr>
          <w:vertAlign w:val="subscript"/>
        </w:rPr>
        <w:t>0</w:t>
      </w:r>
      <w:r>
        <w:t xml:space="preserve"> = 7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u</w:t>
      </w:r>
      <w:r>
        <w:rPr>
          <w:vertAlign w:val="subscript"/>
        </w:rPr>
        <w:t>n−1</w:t>
      </w:r>
      <w:r>
        <w:t xml:space="preserve"> + 5</w:t>
      </w:r>
      <w:r>
        <w:rPr>
          <w:vertAlign w:val="superscript"/>
        </w:rPr>
        <w:t>n</w:t>
      </w:r>
      <w:r>
        <w:t>, n ∈ ℕ, with u</w:t>
      </w:r>
      <w:r>
        <w:rPr>
          <w:vertAlign w:val="subscript"/>
        </w:rPr>
        <w:t>1</w:t>
      </w:r>
      <w:r>
        <w:t xml:space="preserve"> = 3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g(n): complementary function (C.F.) and particular solution (P.S.):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a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a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ka</w:t>
            </w:r>
            <w:r>
              <w:rPr>
                <w:b/>
                <w:sz w:val="22"/>
                <w:vertAlign w:val="superscript"/>
              </w:rPr>
              <w:t>n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a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pn + q with a = 1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Solve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 xml:space="preserve"> + 2n, n ∈ ℤ</w:t>
      </w:r>
      <w:r>
        <w:rPr>
          <w:vertAlign w:val="superscript"/>
        </w:rPr>
        <w:t>+</w:t>
      </w:r>
      <w:r>
        <w:t>, with u</w:t>
      </w:r>
      <w:r>
        <w:rPr>
          <w:vertAlign w:val="subscript"/>
        </w:rPr>
        <w:t>1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7.</w:t>
        <w:tab/>
        <w:t>The Tower of Hanoi puzzle involves transferring a pile of different sized disks from one peg to another using an intermediate peg. The rules are: only one disk at a time can be moved; a disk can only be moved if it is the top disk on a pile; a larger disk can never be placed on a smaller one.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08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o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08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left"/>
      </w:pPr>
      <w:r>
        <w:t>a)</w:t>
        <w:tab/>
        <w:t>Find the minimum number of moves needed to transfer two disks from one peg to another.</w:t>
      </w: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Show that three disks can be transferred from one peg to another in 7 moves.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</w:tblGrid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Disk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From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</w:t>
            </w: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1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2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3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4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5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Move 6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  <w:tc>
          <w:tcPr>
            <w:tcW w:type="dxa" w:w="124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2"/>
              </w:rPr>
              <w:t>Move 7</w:t>
            </w: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  <w:tc>
          <w:tcPr>
            <w:tcW w:type="dxa" w:w="1247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Explain why the minimum number of moves, d</w:t>
      </w:r>
      <w:r>
        <w:rPr>
          <w:vertAlign w:val="subscript"/>
        </w:rPr>
        <w:t>n</w:t>
      </w:r>
      <w:r>
        <w:t>, needed to transfer n disks from one peg to another satisfies the recurrence relation d</w:t>
      </w:r>
      <w:r>
        <w:rPr>
          <w:vertAlign w:val="subscript"/>
        </w:rPr>
        <w:t>n</w:t>
      </w:r>
      <w:r>
        <w:t xml:space="preserve"> = 2d</w:t>
      </w:r>
      <w:r>
        <w:rPr>
          <w:vertAlign w:val="subscript"/>
        </w:rPr>
        <w:t>n−1</w:t>
      </w:r>
      <w:r>
        <w:t xml:space="preserve"> + 1, with d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d)</w:t>
        <w:tab/>
        <w:t>Solve this recurrence relation for d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e)</w:t>
        <w:tab/>
        <w:t>Hence determine the minimum number of moves needed to transfer 15 disks from one peg to another.</w:t>
      </w:r>
    </w:p>
    <w:p>
      <w:pPr>
        <w:jc w:val="left"/>
      </w:pPr>
    </w:p>
    <w:p>
      <w:pPr>
        <w:pageBreakBefore/>
        <w:jc w:val="center"/>
      </w:pPr>
      <w:r>
        <w:rPr>
          <w:b/>
          <w:sz w:val="32"/>
          <w:u w:val="single"/>
        </w:rPr>
        <w:t>7C Solving Second-Order Recurrence Relations</w:t>
      </w:r>
    </w:p>
    <w:p>
      <w:pPr>
        <w:keepNext w:val="0"/>
        <w:jc w:val="left"/>
      </w:pPr>
      <w:r>
        <w:t>A second-order linear recurrence relation can be written in the form:</w:t>
      </w: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Consider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u</w:t>
      </w:r>
      <w:r>
        <w:rPr>
          <w:vertAlign w:val="subscript"/>
        </w:rPr>
        <w:t>n−2</w:t>
      </w:r>
      <w:r>
        <w:t>, n ≥ 2. Verify that the following particular solutions satisfy this recurrence relation.</w:t>
      </w:r>
    </w:p>
    <w:p>
      <w:pPr>
        <w:keepNext w:val="0"/>
        <w:ind w:left="720" w:hanging="357"/>
        <w:jc w:val="left"/>
      </w:pPr>
      <w:r>
        <w:t>a)</w:t>
        <w:tab/>
        <w:t>u</w:t>
      </w:r>
      <w:r>
        <w:rPr>
          <w:vertAlign w:val="subscript"/>
        </w:rPr>
        <w:t>n</w:t>
      </w:r>
      <w:r>
        <w:t xml:space="preserve"> = 3n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u</w:t>
      </w:r>
      <w:r>
        <w:rPr>
          <w:vertAlign w:val="subscript"/>
        </w:rPr>
        <w:t>n</w:t>
      </w:r>
      <w:r>
        <w:t xml:space="preserve"> =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u</w:t>
      </w:r>
      <w:r>
        <w:rPr>
          <w:vertAlign w:val="subscript"/>
        </w:rPr>
        <w:t>n</w:t>
      </w:r>
      <w:r>
        <w:t xml:space="preserve"> = 3n + 5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If u</w:t>
      </w:r>
      <w:r>
        <w:rPr>
          <w:vertAlign w:val="subscript"/>
        </w:rPr>
        <w:t>n</w:t>
      </w:r>
      <w:r>
        <w:t xml:space="preserve"> = F(n) and u</w:t>
      </w:r>
      <w:r>
        <w:rPr>
          <w:vertAlign w:val="subscript"/>
        </w:rPr>
        <w:t>n</w:t>
      </w:r>
      <w:r>
        <w:t xml:space="preserve"> = G(n) are both solutions, then: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auxiliary equation of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>, and where it comes from: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</w:tblGrid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</w:p>
        </w:tc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the general solution</w:t>
            </w: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Distinct real roots α, β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Repeated root α</w:t>
            </w:r>
          </w:p>
        </w:tc>
        <w:tc>
          <w:tcPr>
            <w:tcW w:type="dxa" w:w="3402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3402"/>
          </w:tcPr>
          <w:p>
            <w:pPr>
              <w:jc w:val="center"/>
            </w:pPr>
            <w:r>
              <w:rPr>
                <w:b/>
                <w:sz w:val="22"/>
              </w:rPr>
              <w:t>Complex roots re</w:t>
            </w:r>
            <w:r>
              <w:rPr>
                <w:b/>
                <w:sz w:val="22"/>
                <w:vertAlign w:val="superscript"/>
              </w:rPr>
              <w:t>±iθ</w:t>
            </w:r>
          </w:p>
        </w:tc>
        <w:tc>
          <w:tcPr>
            <w:tcW w:type="dxa" w:w="3402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/>
        <w:ind w:left="357" w:hanging="357"/>
        <w:jc w:val="left"/>
      </w:pPr>
      <w:r>
        <w:t>2.</w:t>
        <w:tab/>
      </w:r>
    </w:p>
    <w:p>
      <w:pPr>
        <w:keepNext w:val="0"/>
        <w:ind w:left="720" w:hanging="357"/>
        <w:jc w:val="left"/>
      </w:pPr>
      <w:r>
        <w:t>a)</w:t>
        <w:tab/>
        <w:t>Find a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+ 8u</w:t>
      </w:r>
      <w:r>
        <w:rPr>
          <w:vertAlign w:val="subscript"/>
        </w:rPr>
        <w:t>n−2</w:t>
      </w:r>
      <w:r>
        <w:t>, n ≥ 2.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Verify that your general solution from part a satisfies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c)</w:t>
        <w:tab/>
        <w:t>Given that u</w:t>
      </w:r>
      <w:r>
        <w:rPr>
          <w:vertAlign w:val="subscript"/>
        </w:rPr>
        <w:t>0</w:t>
      </w:r>
      <w:r>
        <w:t xml:space="preserve"> = 4 and u</w:t>
      </w:r>
      <w:r>
        <w:rPr>
          <w:vertAlign w:val="subscript"/>
        </w:rPr>
        <w:t>1</w:t>
      </w:r>
      <w:r>
        <w:t xml:space="preserve"> = 10, find a particular solution.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Solve the recurrence relation a</w:t>
      </w:r>
      <w:r>
        <w:rPr>
          <w:vertAlign w:val="subscript"/>
        </w:rPr>
        <w:t>n</w:t>
      </w:r>
      <w:r>
        <w:t xml:space="preserve"> = 3a</w:t>
      </w:r>
      <w:r>
        <w:rPr>
          <w:vertAlign w:val="subscript"/>
        </w:rPr>
        <w:t>n−1</w:t>
      </w:r>
      <w:r>
        <w:t xml:space="preserve"> − 2a</w:t>
      </w:r>
      <w:r>
        <w:rPr>
          <w:vertAlign w:val="subscript"/>
        </w:rPr>
        <w:t>n−2</w:t>
      </w:r>
      <w:r>
        <w:t>, with a</w:t>
      </w:r>
      <w:r>
        <w:rPr>
          <w:vertAlign w:val="subscript"/>
        </w:rPr>
        <w:t>1</w:t>
      </w:r>
      <w:r>
        <w:t xml:space="preserve"> = 5 and a</w:t>
      </w:r>
      <w:r>
        <w:rPr>
          <w:vertAlign w:val="subscript"/>
        </w:rPr>
        <w:t>2</w:t>
      </w:r>
      <w:r>
        <w:t xml:space="preserve"> = 3.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Solve the recurrence relation u</w:t>
      </w:r>
      <w:r>
        <w:rPr>
          <w:vertAlign w:val="subscript"/>
        </w:rPr>
        <w:t>n</w:t>
      </w:r>
      <w:r>
        <w:t xml:space="preserve"> = 4u</w:t>
      </w:r>
      <w:r>
        <w:rPr>
          <w:vertAlign w:val="subscript"/>
        </w:rPr>
        <w:t>n−1</w:t>
      </w:r>
      <w:r>
        <w:t xml:space="preserve"> − 4u</w:t>
      </w:r>
      <w:r>
        <w:rPr>
          <w:vertAlign w:val="subscript"/>
        </w:rPr>
        <w:t>n−2</w:t>
      </w:r>
      <w:r>
        <w:t>, with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1</w:t>
      </w:r>
      <w:r>
        <w:t xml:space="preserve"> = 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5.</w:t>
        <w:tab/>
      </w:r>
    </w:p>
    <w:p>
      <w:pPr>
        <w:keepNext w:val="0"/>
        <w:ind w:left="720" w:hanging="357"/>
        <w:jc w:val="left"/>
      </w:pPr>
      <w:r>
        <w:t>a)</w:t>
        <w:tab/>
        <w:t>Find the general solution to the recurrence relation u</w:t>
      </w:r>
      <w:r>
        <w:rPr>
          <w:vertAlign w:val="subscript"/>
        </w:rPr>
        <w:t>n</w:t>
      </w:r>
      <w:r>
        <w:t xml:space="preserve"> = 2u</w:t>
      </w:r>
      <w:r>
        <w:rPr>
          <w:vertAlign w:val="subscript"/>
        </w:rPr>
        <w:t>n−1</w:t>
      </w:r>
      <w:r>
        <w:t xml:space="preserve"> − 2u</w:t>
      </w:r>
      <w:r>
        <w:rPr>
          <w:vertAlign w:val="subscript"/>
        </w:rPr>
        <w:t>n−2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Given that u</w:t>
      </w:r>
      <w:r>
        <w:rPr>
          <w:vertAlign w:val="subscript"/>
        </w:rPr>
        <w:t>0</w:t>
      </w:r>
      <w:r>
        <w:t xml:space="preserve"> = 1 and u</w:t>
      </w:r>
      <w:r>
        <w:rPr>
          <w:vertAlign w:val="subscript"/>
        </w:rPr>
        <w:t>2</w:t>
      </w:r>
      <w:r>
        <w:t xml:space="preserve"> = 2, find the particular solution to the recurrence relation.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6.</w:t>
        <w:tab/>
        <w:t>The Fibonacci sequence is defined recursively as F</w:t>
      </w:r>
      <w:r>
        <w:rPr>
          <w:vertAlign w:val="subscript"/>
        </w:rPr>
        <w:t>n</w:t>
      </w:r>
      <w:r>
        <w:t xml:space="preserve"> = F</w:t>
      </w:r>
      <w:r>
        <w:rPr>
          <w:vertAlign w:val="subscript"/>
        </w:rPr>
        <w:t>n−1</w:t>
      </w:r>
      <w:r>
        <w:t xml:space="preserve"> + F</w:t>
      </w:r>
      <w:r>
        <w:rPr>
          <w:vertAlign w:val="subscript"/>
        </w:rPr>
        <w:t>n−2</w:t>
      </w:r>
      <w:r>
        <w:t>, n &gt; 2, with F</w:t>
      </w:r>
      <w:r>
        <w:rPr>
          <w:vertAlign w:val="subscript"/>
        </w:rPr>
        <w:t>1</w:t>
      </w:r>
      <w:r>
        <w:t xml:space="preserve"> = 1 and F</w:t>
      </w:r>
      <w:r>
        <w:rPr>
          <w:vertAlign w:val="subscript"/>
        </w:rPr>
        <w:t>2</w:t>
      </w:r>
      <w:r>
        <w:t xml:space="preserve"> = 1. Find a closed form for F</w:t>
      </w:r>
      <w:r>
        <w:rPr>
          <w:vertAlign w:val="sub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Solving the non-homogeneous recurrence relation u</w:t>
      </w:r>
      <w:r>
        <w:rPr>
          <w:vertAlign w:val="subscript"/>
        </w:rPr>
        <w:t>n</w:t>
      </w:r>
      <w:r>
        <w:t xml:space="preserve"> = au</w:t>
      </w:r>
      <w:r>
        <w:rPr>
          <w:vertAlign w:val="subscript"/>
        </w:rPr>
        <w:t>n−1</w:t>
      </w:r>
      <w:r>
        <w:t xml:space="preserve"> + bu</w:t>
      </w:r>
      <w:r>
        <w:rPr>
          <w:vertAlign w:val="subscript"/>
        </w:rPr>
        <w:t>n−2</w:t>
      </w:r>
      <w:r>
        <w:t xml:space="preserve"> + g(n):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</w:tblGrid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Form of particular solution</w:t>
            </w: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kp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p ≠ α,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1, β ≠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pn + q with α = β = 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≠ β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2"/>
              </w:rPr>
              <w:t>kα</w:t>
            </w:r>
            <w:r>
              <w:rPr>
                <w:b/>
                <w:sz w:val="22"/>
                <w:vertAlign w:val="superscript"/>
              </w:rPr>
              <w:t>n</w:t>
            </w:r>
            <w:r>
              <w:rPr>
                <w:b/>
                <w:sz w:val="22"/>
              </w:rPr>
              <w:t xml:space="preserve"> with α = β</w:t>
            </w:r>
          </w:p>
        </w:tc>
        <w:tc>
          <w:tcPr>
            <w:tcW w:type="dxa" w:w="2835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ind w:left="357" w:hanging="357"/>
        <w:jc w:val="left"/>
      </w:pPr>
      <w:r>
        <w:t>7.</w:t>
        <w:tab/>
        <w:t>Solve the recurrence relation a</w:t>
      </w:r>
      <w:r>
        <w:rPr>
          <w:vertAlign w:val="subscript"/>
        </w:rPr>
        <w:t>n+2</w:t>
      </w:r>
      <w:r>
        <w:t xml:space="preserve"> + 4a</w:t>
      </w:r>
      <w:r>
        <w:rPr>
          <w:vertAlign w:val="subscript"/>
        </w:rPr>
        <w:t>n+1</w:t>
      </w:r>
      <w:r>
        <w:t xml:space="preserve"> + 3a</w:t>
      </w:r>
      <w:r>
        <w:rPr>
          <w:vertAlign w:val="subscript"/>
        </w:rPr>
        <w:t>n</w:t>
      </w:r>
      <w:r>
        <w:t xml:space="preserve"> = 5(−2)</w:t>
      </w:r>
      <w:r>
        <w:rPr>
          <w:vertAlign w:val="superscript"/>
        </w:rPr>
        <w:t>n</w:t>
      </w:r>
      <w:r>
        <w:t>, n ≥ 0, with a</w:t>
      </w:r>
      <w:r>
        <w:rPr>
          <w:vertAlign w:val="subscript"/>
        </w:rPr>
        <w:t>0</w:t>
      </w:r>
      <w:r>
        <w:t xml:space="preserve"> = 2 and a</w:t>
      </w:r>
      <w:r>
        <w:rPr>
          <w:vertAlign w:val="subscript"/>
        </w:rPr>
        <w:t>1</w:t>
      </w:r>
      <w:r>
        <w:t xml:space="preserve"> = −1.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8.</w:t>
        <w:tab/>
        <w:t>Find the general solution to s</w:t>
      </w:r>
      <w:r>
        <w:rPr>
          <w:vertAlign w:val="subscript"/>
        </w:rPr>
        <w:t>n</w:t>
      </w:r>
      <w:r>
        <w:t xml:space="preserve"> = 3s</w:t>
      </w:r>
      <w:r>
        <w:rPr>
          <w:vertAlign w:val="subscript"/>
        </w:rPr>
        <w:t>n−1</w:t>
      </w:r>
      <w:r>
        <w:t xml:space="preserve"> + 4s</w:t>
      </w:r>
      <w:r>
        <w:rPr>
          <w:vertAlign w:val="subscript"/>
        </w:rPr>
        <w:t>n−2</w:t>
      </w:r>
      <w:r>
        <w:t xml:space="preserve"> + 4</w:t>
      </w:r>
      <w:r>
        <w:rPr>
          <w:vertAlign w:val="superscript"/>
        </w:rPr>
        <w:t>n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