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6A Play-Safe Strategies and Stable Solutions</w:t>
      </w:r>
    </w:p>
    <w:p>
      <w:pPr>
        <w:keepNext/>
        <w:jc w:val="both"/>
      </w:pPr>
      <w:r>
        <w:t>Two-person game: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Pay-off matrix: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Prisoner’s Dilemma (two prisoners each choose to confess or not to confess):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Playing safe: each player looks for ...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Pure strategy: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In this pay-off matrix player A has a choice of four options and player B has a choice of three options. The outcomes are given as ordered pairs, (A’s winnings, B’s winnings). Determine the play-safe strategy for each player.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Worst outcome for A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(8, 2)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(0, 9)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(7, 3)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(3, 6)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(9, 0)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(2, 7)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(1, 7)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(6, 4)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(8, 1)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(4, 2)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(4, 6)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(5, 1)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Worst outcome for B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Collaborating / knowing the other player’s strategy: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Zero-sum game: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A pay-off matrix is always written from ...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play-safe strategies are:</w:t>
      </w:r>
    </w:p>
    <w:p>
      <w:pPr>
        <w:keepNext/>
        <w:ind w:left="357"/>
        <w:jc w:val="both"/>
      </w:pPr>
      <w:r>
        <w:t>•  For player A, always play the row containing the ...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For player B, always play the column containing the ...</w:t>
      </w:r>
    </w:p>
    <w:p>
      <w:pPr>
        <w:keepNext w:val="0"/>
        <w:jc w:val="both"/>
      </w:pPr>
    </w:p>
    <w:p>
      <w:pPr>
        <w:keepNext/>
        <w:jc w:val="both"/>
      </w:pPr>
      <w:r>
        <w:t>Row maximin: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Column minimax: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Determine the play-safe strategy for both players, A and B, for the game below.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Row minimum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Column maximum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Stable solution: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Equilibrium: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Anna and Ben play a two-person zero-sum game, which is represented by the following pay-off matrix. Find the play-safe strategy for each player and show that the game has a stable solution.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1360"/>
        <w:gridCol w:w="1360"/>
        <w:gridCol w:w="1360"/>
        <w:gridCol w:w="1360"/>
        <w:gridCol w:w="1360"/>
      </w:tblGrid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3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4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Row minimum</w:t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  <w:t>−1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3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Column maximum</w:t>
            </w:r>
          </w:p>
        </w:tc>
        <w:tc>
          <w:tcPr>
            <w:tcW w:type="dxa" w:w="1361"/>
          </w:tcPr>
          <w:p>
            <w:pPr>
              <w:jc w:val="center"/>
            </w:pPr>
          </w:p>
        </w:tc>
        <w:tc>
          <w:tcPr>
            <w:tcW w:type="dxa" w:w="1361"/>
          </w:tcPr>
          <w:p>
            <w:pPr>
              <w:jc w:val="center"/>
            </w:pPr>
          </w:p>
        </w:tc>
        <w:tc>
          <w:tcPr>
            <w:tcW w:type="dxa" w:w="1361"/>
          </w:tcPr>
          <w:p>
            <w:pPr>
              <w:jc w:val="center"/>
            </w:pPr>
          </w:p>
        </w:tc>
        <w:tc>
          <w:tcPr>
            <w:tcW w:type="dxa" w:w="1361"/>
          </w:tcPr>
          <w:p>
            <w:pPr>
              <w:jc w:val="center"/>
            </w:pPr>
          </w:p>
        </w:tc>
        <w:tc>
          <w:tcPr>
            <w:tcW w:type="dxa" w:w="1361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Saddle point: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Stable solution theorem: in a two-person zero-sum game there will be a stable solution if and only if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If a two-person zero-sum game has a stable solution:</w:t>
      </w:r>
    </w:p>
    <w:p>
      <w:pPr>
        <w:keepNext/>
        <w:ind w:left="357"/>
        <w:jc w:val="both"/>
      </w:pPr>
      <w:r>
        <w:t>•  it must occur when ...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the value of the game to player A is ...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the value of the game to player B is ...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A two-player zero-sum game has the following pay-off matrix for player A.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Row minimum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Column maximum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a)</w:t>
        <w:tab/>
        <w:t>Show that there is a stable solution.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Find the value of the game to A.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5.</w:t>
        <w:tab/>
        <w:t>A two-player zero-sum game has the following pay-off matrix: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Row minimum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−5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Column maximum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a)</w:t>
        <w:tab/>
        <w:t>Determine the play-safe strategy for each player.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Verify that there is no stable solution for this game.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State the pay-off for each player if they both play safe.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d)</w:t>
        <w:tab/>
        <w:t>Determine the pay-off matrix for B.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2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B plays 2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  <w:r>
        <w:t>To write the pay-off matrix for player B: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6B Reducing the Pay-off Matrix</w:t>
      </w:r>
    </w:p>
    <w:p>
      <w:pPr>
        <w:keepNext/>
        <w:jc w:val="both"/>
      </w:pPr>
      <w:r>
        <w:t>Row dominance: if every entry in row p is ... than the corresponding entry in row q, then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Column dominance: if every entry in column r is ... than the corresponding entry in column s, then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Why the column with the smaller values dominates: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Reducing the pay-off matrix using dominance arguments: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A and B play a zero-sum game, represented by the pay-off matrix below. Explain why the 3 × 2 game can be reduced to a 2 × 2 game.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6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A plays 3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22"/>
              </w:rPr>
              <w:t>0</w:t>
            </w: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Watch out: you can only use dominance arguments to delete a row (or column) if ...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A and B play a zero-sum game, represented by the pay-off matrix below. Explain why the 2 × 3 game can be reduced to a 2 × 2 game.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3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22"/>
              </w:rPr>
              <w:t>−3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22"/>
              </w:rPr>
              <w:t>1</w:t>
            </w: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Watch out: when you delete a column, the headings ...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6C Optimal Strategies for Games with No Stable Solution</w:t>
      </w:r>
    </w:p>
    <w:p>
      <w:pPr>
        <w:keepNext/>
        <w:jc w:val="both"/>
      </w:pPr>
      <w:r>
        <w:t>Mixed strategy: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Expected pay-off: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A two-player zero-sum game is represented by the following pay-off matrix.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22"/>
              </w:rPr>
              <w:t>−5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22"/>
              </w:rPr>
              <w:t>3</w:t>
            </w: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Player A is considering three different mixed strategies:</w:t>
      </w:r>
    </w:p>
    <w:p>
      <w:pPr>
        <w:keepNext/>
        <w:ind w:left="357"/>
        <w:jc w:val="both"/>
      </w:pPr>
      <w:r>
        <w:t>Strategy X: play row 1 with probability 0.5 and row 2 with probability 0.5</w:t>
      </w:r>
    </w:p>
    <w:p>
      <w:pPr>
        <w:keepNext/>
        <w:ind w:left="357"/>
        <w:jc w:val="both"/>
      </w:pPr>
      <w:r>
        <w:t>Strategy Y: play row 1 with probability 0.6 and row 2 with probability 0.4</w:t>
      </w:r>
    </w:p>
    <w:p>
      <w:pPr>
        <w:keepNext/>
        <w:ind w:left="357"/>
        <w:jc w:val="both"/>
      </w:pPr>
      <w:r>
        <w:t>Strategy Z: play row 1 with probability 0.9 and row 2 with probability 0.1</w:t>
      </w:r>
    </w:p>
    <w:p>
      <w:pPr>
        <w:keepNext/>
        <w:ind w:left="357"/>
        <w:jc w:val="both"/>
      </w:pPr>
      <w:r>
        <w:t>Find the expected pay-offs for each mixed strategy.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If 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If B plays 2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Optimal mixed strategy for player A: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Value of a game with no stable solution: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To find the optimal mixed strategy for a player with two choices in a 2 × n or n × 2 game:</w:t>
      </w:r>
    </w:p>
    <w:p>
      <w:pPr>
        <w:keepNext/>
        <w:ind w:left="357"/>
        <w:jc w:val="both"/>
      </w:pPr>
      <w:r>
        <w:t>•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</w:t>
      </w:r>
    </w:p>
    <w:p>
      <w:pPr>
        <w:keepNext w:val="0"/>
        <w:jc w:val="both"/>
      </w:pPr>
    </w:p>
    <w:p>
      <w:pPr>
        <w:keepNext/>
        <w:jc w:val="both"/>
      </w:pPr>
      <w:r>
        <w:t>Rugby posts: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A two-person zero-sum game is represented by the following pay-off matrix: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22"/>
              </w:rPr>
              <w:t>−5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22"/>
              </w:rPr>
              <w:t>3</w:t>
            </w: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Find the optimal mixed strategy a for player A, b for player B. In each case state the value of the game to that player.</w:t>
      </w:r>
    </w:p>
    <w:p>
      <w:pPr>
        <w:keepNext/>
        <w:ind w:left="720" w:hanging="357"/>
        <w:jc w:val="both"/>
      </w:pPr>
      <w:r>
        <w:t>a)</w:t>
        <w:tab/>
        <w:t>For player A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700000" cy="244235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9a_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4423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For player B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700000" cy="244235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9b_blank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4423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In a two-person zero-sum game, if the value of the game to player A is v, then the value of the game to player B will be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Alf and Bert play a zero-sum game, represented by the pay-off matrix below.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Bert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Bert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Bert plays 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Row minimum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Alf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−5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Alf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Column maximum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a)</w:t>
        <w:tab/>
        <w:t>Verify that this game has no stable solution.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Determine Alf’s best strategy and the value of the game to him.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700000" cy="241764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0_blan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4176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If there is more than one intersection point, the best strategy is given by ...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A and B play a zero-sum game, given by the pay-off matrix below. Determine B’s best strategy, and the value of the game to B.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Row minimum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Column maximum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700000" cy="244235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1_blan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4423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Watch out: the optimal solution is not necessarily ...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6D Converting Games to Linear Programming Problems</w:t>
      </w:r>
    </w:p>
    <w:p>
      <w:pPr>
        <w:keepNext/>
        <w:jc w:val="both"/>
      </w:pPr>
      <w:r>
        <w:t>When do you formulate a game as a linear programming problem?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Before formulating, always check for ...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To formulate a game as a linear programming problem:</w:t>
      </w:r>
    </w:p>
    <w:p>
      <w:pPr>
        <w:keepNext/>
        <w:ind w:left="357"/>
        <w:jc w:val="both"/>
      </w:pPr>
      <w:r>
        <w:t>•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</w:t>
      </w: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Alf and Bert play a zero-sum game, represented by the pay-off matrix below.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Row minimum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−6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Column maximum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a)</w:t>
        <w:tab/>
        <w:t>Formulate the game above as a linear programming problem for player A, writing the constraints as equations and defining your variables clearly.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3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A plays 3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Write down an initial simplex tableau for this problem.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3"/>
        <w:gridCol w:w="793"/>
        <w:gridCol w:w="793"/>
        <w:gridCol w:w="793"/>
        <w:gridCol w:w="793"/>
        <w:gridCol w:w="793"/>
        <w:gridCol w:w="793"/>
        <w:gridCol w:w="793"/>
        <w:gridCol w:w="793"/>
        <w:gridCol w:w="793"/>
      </w:tblGrid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V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p₁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p₂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p₃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u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Value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u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jc w:val="center"/>
            </w:pPr>
            <w:r>
              <w:rPr>
                <w:b/>
                <w:sz w:val="22"/>
              </w:rPr>
              <w:t>P</w:t>
            </w: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Outline how you would change the method to formulate the game as a linear programming problem for player B. (You do not need to formulate the problem.)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 plays 3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B plays 3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Why replace p₁ + p₂ + p₃ = 1 by p₁ + p₂ + p₃ ≤ 1?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Jenny and Merry play a zero-sum game, represented by the pay-off matrix for Jenny shown below.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Merry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Merry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Merry plays 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Row minimum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Jenny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Jenny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Jenny plays 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−3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sz w:val="22"/>
              </w:rPr>
              <w:t>−2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Column maximum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a)</w:t>
        <w:tab/>
        <w:t>Convert the game into a linear programming problem for Jenny, defining your decision variables. You should write the constraints as equations.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</w:tblGrid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 plays 3</w:t>
            </w: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J plays 1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J plays 2</w:t>
            </w: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  <w:tc>
          <w:tcPr>
            <w:tcW w:type="dxa" w:w="147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J plays 3</w:t>
            </w: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  <w:tc>
          <w:tcPr>
            <w:tcW w:type="dxa" w:w="147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Write down an initial simplex tableau, making your variables clear.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3"/>
        <w:gridCol w:w="793"/>
        <w:gridCol w:w="793"/>
        <w:gridCol w:w="793"/>
        <w:gridCol w:w="793"/>
        <w:gridCol w:w="793"/>
        <w:gridCol w:w="793"/>
        <w:gridCol w:w="793"/>
        <w:gridCol w:w="793"/>
        <w:gridCol w:w="793"/>
      </w:tblGrid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V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p₁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p₂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p₃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u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Value</w:t>
            </w: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u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794"/>
          </w:tcPr>
          <w:p>
            <w:pPr>
              <w:jc w:val="center"/>
            </w:pPr>
            <w:r>
              <w:rPr>
                <w:b/>
                <w:sz w:val="22"/>
              </w:rPr>
              <w:t>P</w:t>
            </w: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Using the simplex algorithm, the solution obtained is p₁ = 0, p₂ = 3/7, p₃ = 4/7. Find the value of the game to Jenny.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Watch out: at the end you must ...</w:t>
      </w: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