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3A Flows in Networks</w:t>
      </w:r>
    </w:p>
    <w:p>
      <w:pPr>
        <w:keepNext w:val="0"/>
        <w:jc w:val="both"/>
      </w:pPr>
      <w:r>
        <w:t>Capacitated directed network: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Source and sink: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a capacitated directed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9985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998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Write down the capacity of arcs DF and BE.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State the source vertex.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State the sink vertex.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flow (the feasibility condition and the conservation condition):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Saturated arc: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Value of a flow: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diagram below shows a possible flow through the capacitated directed network from question 1.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9985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998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the values of x and y, explaining your reasoning.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List the five saturated arcs.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Write down the value of the flow.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What is the current flow along route CAE?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Showing capacities and a flow on one diagram: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diagram shows a capacitated directed network. The number on each arc represents the capacity of that arc. The numbers in circles represent an initial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179893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7989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State a saturated arc.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values of x, y and z, explaining your reasoning.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State the value of the initial flow.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Write down: i the capacity of arc BE   ii the current flow along arc BE.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e)</w:t>
        <w:tab/>
        <w:t>Find the current flow along SABET.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3B Cuts and Their Capacities</w:t>
      </w:r>
    </w:p>
    <w:p>
      <w:pPr>
        <w:keepNext w:val="0"/>
        <w:jc w:val="both"/>
      </w:pPr>
      <w:r>
        <w:t>Maximal flow: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Cut: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Capacity (value) of a cut: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This network shows three different cuts, C₁, C₂ and C₃. Find the capacity of each cut.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03221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ts12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322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Arcs flowing into and out of a cut: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the capacitated directed network from above. The number on each arc represents the capacity of that arc. Determine the values of cuts C₄ and C₅.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01984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198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diagram shows a capacitated directed network. The number on each arc represents the capacity of that arc. The numbers in circles represent an initial flow pattern. Find the values of cuts C₁ and C₂.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288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3C Finding an Initial Flow</w:t>
      </w:r>
    </w:p>
    <w:p>
      <w:pPr>
        <w:keepNext w:val="0"/>
        <w:jc w:val="both"/>
      </w:pPr>
      <w:r>
        <w:t>Initial flow: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a capacitated directed network. The number on each arc represents the capacity of that arc.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07698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0769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State the maximum flows along SACT and SBADT.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Show these on a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95731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blank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9573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Using this as your initial flow pattern,</w:t>
      </w:r>
    </w:p>
    <w:p>
      <w:pPr>
        <w:keepNext w:val="0"/>
        <w:ind w:left="720" w:hanging="357"/>
        <w:jc w:val="both"/>
      </w:pPr>
      <w:r>
        <w:t>c)</w:t>
        <w:tab/>
        <w:t>calculate the value of the initial flow.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diagram shows a capacitated directed network. The number on each arc represents the capacity of that arc.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85082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50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Given that arcs SG, EH, EJ, GJ, GK and JT are saturated, draw an initial flow through the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85082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blank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50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3D Flow-Augmenting Routes</w:t>
      </w:r>
    </w:p>
    <w:p>
      <w:pPr>
        <w:keepNext w:val="0"/>
        <w:jc w:val="both"/>
      </w:pPr>
      <w:r>
        <w:t>The labelling procedure (forward and backward arrows):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Flow-augmenting route: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a capacitated directed network. The number on each arc represents the capacity of that arc. The numbers in circles represent an initial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178765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787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Starting from this initial flow pattern,</w:t>
      </w:r>
    </w:p>
    <w:p>
      <w:pPr>
        <w:keepNext/>
        <w:ind w:left="720" w:hanging="357"/>
        <w:jc w:val="both"/>
      </w:pPr>
      <w:r>
        <w:t>a)</w:t>
        <w:tab/>
        <w:t>use the labelling procedure to obtain a maximum flow pattern through the network from S to T, and explain why your flow is maximal. You should list each flow-augmenting route you use together with its flow.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06268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blank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062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Draw your final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151263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blank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5126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both"/>
      </w:pPr>
      <w:r>
        <w:t>When sending an extra flow f along a flow-augmenting route: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diagram shows a capacitated directed network. The number on each arc represents the capacity of that arc. The numbers in circles represent an initial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136512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365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Write down the value of the initial flow.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Starting from this initial flow pattern,</w:t>
      </w:r>
    </w:p>
    <w:p>
      <w:pPr>
        <w:keepNext/>
        <w:ind w:left="720" w:hanging="357"/>
        <w:jc w:val="both"/>
      </w:pPr>
      <w:r>
        <w:t>b)</w:t>
        <w:tab/>
        <w:t>use the labelling procedure to obtain a maximum flow pattern through the network from S to T, listing each flow-augmenting route you use together with its flow.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1737436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blank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37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Draw your final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116923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blank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116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d)</w:t>
        <w:tab/>
        <w:t>State the value of the maximum flow through this network.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diagram shows a network of corridors represented by arcs. The corridors are those that will be used in evacuating a large cinema in the event of a fire. The capacity of each corridor is shown on each arc. The numbers in circles represent a possible flow of 41 people per second, from S to T. In order for the building to achieve a safety certificate it is necessary to show that it is possible for at least 70 people per second to pass from S to 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309731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097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Use the initial flow and the labelling procedure to find a maximum flow through the network. You must list each flow-augmenting route you use, together with its flow.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673791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blank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737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Draw your maximal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525731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blank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5257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c)</w:t>
        <w:tab/>
        <w:t>Will the cinema achieve its safety certificate?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3E Maximum Flow–Minimum Cut Theorem</w:t>
      </w:r>
    </w:p>
    <w:p>
      <w:pPr>
        <w:keepNext w:val="0"/>
        <w:jc w:val="both"/>
      </w:pPr>
      <w:r>
        <w:t>The maximum flow–minimum cut theorem: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Proving a flow is maximal: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minimum cut passes through: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a capacitated directed network and a flow of 38 passing through the same network. (This is the network used in Example 8.) Use the maximum flow–minimum cut theorem to prove that the flow is maximal.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178765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787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Figure 1 shows a capacitated directed network. Figure 2 shows a flow of 17 passing through the same network. Use the maximum flow–minimum cut theorem to prove that the flow is maximal.</w:t>
      </w:r>
    </w:p>
    <w:p>
      <w:pPr>
        <w:keepNext/>
        <w:ind w:left="357"/>
        <w:jc w:val="both"/>
      </w:pPr>
      <w:r>
        <w:t>Figure 1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116923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2a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116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Figure 2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116923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2b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116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diagram shows a capacitated directed network and a flow through the same network. Use the maximum flow–minimum cut theorem to prove that the flow is maximal.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214567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145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