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1A The North-West Corner Method</w:t>
      </w:r>
    </w:p>
    <w:p>
      <w:pPr>
        <w:keepNext/>
        <w:jc w:val="both"/>
      </w:pPr>
      <w:r>
        <w:t>In a transportation problem, what is meant by:</w:t>
      </w:r>
    </w:p>
    <w:p>
      <w:pPr>
        <w:keepNext/>
        <w:ind w:left="357"/>
        <w:jc w:val="both"/>
      </w:pPr>
      <w:r>
        <w:t>the supply (or stock):</w:t>
      </w:r>
    </w:p>
    <w:p>
      <w:pPr>
        <w:keepNext/>
        <w:jc w:val="both"/>
      </w:pPr>
    </w:p>
    <w:p>
      <w:pPr>
        <w:keepNext w:val="0"/>
        <w:jc w:val="both"/>
      </w:pPr>
    </w:p>
    <w:p>
      <w:pPr>
        <w:keepNext/>
        <w:ind w:left="357"/>
        <w:jc w:val="both"/>
      </w:pPr>
      <w:r>
        <w:t>the demand:</w:t>
      </w:r>
    </w:p>
    <w:p>
      <w:pPr>
        <w:keepNext/>
        <w:jc w:val="both"/>
      </w:pPr>
    </w:p>
    <w:p>
      <w:pPr>
        <w:keepNext w:val="0"/>
        <w:jc w:val="both"/>
      </w:pPr>
    </w:p>
    <w:p>
      <w:pPr>
        <w:keepNext/>
        <w:ind w:left="357"/>
        <w:jc w:val="both"/>
      </w:pPr>
      <w:r>
        <w:t>the unit cost:</w:t>
      </w:r>
    </w:p>
    <w:p>
      <w:pPr>
        <w:keepNext/>
        <w:jc w:val="both"/>
      </w:pPr>
    </w:p>
    <w:p>
      <w:pPr>
        <w:keepNext w:val="0"/>
        <w:jc w:val="both"/>
      </w:pPr>
    </w:p>
    <w:p>
      <w:pPr>
        <w:keepNext/>
        <w:ind w:left="357" w:hanging="357"/>
        <w:jc w:val="both"/>
      </w:pPr>
      <w:r>
        <w:t>1.</w:t>
        <w:tab/>
        <w:t>Three suppliers A, B and C each produce road grit which has to be delivered to council depots W, X, Y and Z. The stock held at each supplier and the demand from each depot is known. The cost, in pounds, of transporting one lorry load of grit from each supplier to each depot is also known. This information is given in the table.</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180</w:t>
            </w:r>
          </w:p>
        </w:tc>
        <w:tc>
          <w:tcPr>
            <w:tcW w:type="dxa" w:w="794"/>
          </w:tcPr>
          <w:p>
            <w:pPr>
              <w:keepNext/>
              <w:jc w:val="center"/>
            </w:pPr>
            <w:r>
              <w:rPr>
                <w:sz w:val="22"/>
              </w:rPr>
              <w:t>110</w:t>
            </w:r>
          </w:p>
        </w:tc>
        <w:tc>
          <w:tcPr>
            <w:tcW w:type="dxa" w:w="794"/>
          </w:tcPr>
          <w:p>
            <w:pPr>
              <w:keepNext/>
              <w:jc w:val="center"/>
            </w:pPr>
            <w:r>
              <w:rPr>
                <w:sz w:val="22"/>
              </w:rPr>
              <w:t>130</w:t>
            </w:r>
          </w:p>
        </w:tc>
        <w:tc>
          <w:tcPr>
            <w:tcW w:type="dxa" w:w="794"/>
          </w:tcPr>
          <w:p>
            <w:pPr>
              <w:keepNext/>
              <w:jc w:val="center"/>
            </w:pPr>
            <w:r>
              <w:rPr>
                <w:sz w:val="22"/>
              </w:rPr>
              <w:t>290</w:t>
            </w: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190</w:t>
            </w:r>
          </w:p>
        </w:tc>
        <w:tc>
          <w:tcPr>
            <w:tcW w:type="dxa" w:w="794"/>
          </w:tcPr>
          <w:p>
            <w:pPr>
              <w:keepNext/>
              <w:jc w:val="center"/>
            </w:pPr>
            <w:r>
              <w:rPr>
                <w:sz w:val="22"/>
              </w:rPr>
              <w:t>250</w:t>
            </w:r>
          </w:p>
        </w:tc>
        <w:tc>
          <w:tcPr>
            <w:tcW w:type="dxa" w:w="794"/>
          </w:tcPr>
          <w:p>
            <w:pPr>
              <w:keepNext/>
              <w:jc w:val="center"/>
            </w:pPr>
            <w:r>
              <w:rPr>
                <w:sz w:val="22"/>
              </w:rPr>
              <w:t>150</w:t>
            </w:r>
          </w:p>
        </w:tc>
        <w:tc>
          <w:tcPr>
            <w:tcW w:type="dxa" w:w="794"/>
          </w:tcPr>
          <w:p>
            <w:pPr>
              <w:keepNext/>
              <w:jc w:val="center"/>
            </w:pPr>
            <w:r>
              <w:rPr>
                <w:sz w:val="22"/>
              </w:rPr>
              <w:t>280</w:t>
            </w: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r>
              <w:rPr>
                <w:sz w:val="22"/>
              </w:rPr>
              <w:t>240</w:t>
            </w:r>
          </w:p>
        </w:tc>
        <w:tc>
          <w:tcPr>
            <w:tcW w:type="dxa" w:w="794"/>
          </w:tcPr>
          <w:p>
            <w:pPr>
              <w:keepNext/>
              <w:jc w:val="center"/>
            </w:pPr>
            <w:r>
              <w:rPr>
                <w:sz w:val="22"/>
              </w:rPr>
              <w:t>270</w:t>
            </w:r>
          </w:p>
        </w:tc>
        <w:tc>
          <w:tcPr>
            <w:tcW w:type="dxa" w:w="794"/>
          </w:tcPr>
          <w:p>
            <w:pPr>
              <w:keepNext/>
              <w:jc w:val="center"/>
            </w:pPr>
            <w:r>
              <w:rPr>
                <w:sz w:val="22"/>
              </w:rPr>
              <w:t>190</w:t>
            </w:r>
          </w:p>
        </w:tc>
        <w:tc>
          <w:tcPr>
            <w:tcW w:type="dxa" w:w="794"/>
          </w:tcPr>
          <w:p>
            <w:pPr>
              <w:keepNext/>
              <w:jc w:val="center"/>
            </w:pPr>
            <w:r>
              <w:rPr>
                <w:sz w:val="22"/>
              </w:rPr>
              <w:t>120</w:t>
            </w: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ind w:left="357"/>
        <w:jc w:val="both"/>
      </w:pPr>
      <w:r>
        <w:t>Use the information in the table to write down:</w:t>
      </w:r>
    </w:p>
    <w:p>
      <w:pPr>
        <w:keepNext/>
        <w:ind w:left="720" w:hanging="357"/>
        <w:jc w:val="both"/>
      </w:pPr>
      <w:r>
        <w:t>a)</w:t>
        <w:tab/>
        <w:t>the number of lorry loads of grit that each supplier can supply</w:t>
      </w:r>
    </w:p>
    <w:p>
      <w:pPr>
        <w:keepNext w:val="0"/>
        <w:jc w:val="both"/>
      </w:pPr>
    </w:p>
    <w:p>
      <w:pPr>
        <w:keepNext/>
        <w:ind w:left="720" w:hanging="357"/>
        <w:jc w:val="both"/>
      </w:pPr>
      <w:r>
        <w:t>b)</w:t>
        <w:tab/>
        <w:t>the number of lorry loads of grit required at each depot</w:t>
      </w:r>
    </w:p>
    <w:p>
      <w:pPr>
        <w:keepNext w:val="0"/>
        <w:jc w:val="both"/>
      </w:pPr>
    </w:p>
    <w:p>
      <w:pPr>
        <w:keepNext/>
        <w:ind w:left="720" w:hanging="357"/>
        <w:jc w:val="both"/>
      </w:pPr>
      <w:r>
        <w:t>c)</w:t>
        <w:tab/>
        <w:t>the cost of transporting a lorry load of grit from A to W</w:t>
      </w:r>
    </w:p>
    <w:p>
      <w:pPr>
        <w:keepNext w:val="0"/>
        <w:jc w:val="both"/>
      </w:pPr>
    </w:p>
    <w:p>
      <w:pPr>
        <w:keepNext/>
        <w:ind w:left="720" w:hanging="357"/>
        <w:jc w:val="both"/>
      </w:pPr>
      <w:r>
        <w:t>d)</w:t>
        <w:tab/>
        <w:t>the cost of transporting a lorry load of grit from C to Z</w:t>
      </w:r>
    </w:p>
    <w:p>
      <w:pPr>
        <w:keepNext w:val="0"/>
        <w:jc w:val="both"/>
      </w:pPr>
    </w:p>
    <w:p>
      <w:pPr>
        <w:keepNext/>
        <w:ind w:left="720" w:hanging="357"/>
        <w:jc w:val="both"/>
      </w:pPr>
      <w:r>
        <w:t>e)</w:t>
        <w:tab/>
        <w:t>Which is the cheapest route to use?</w:t>
      </w:r>
    </w:p>
    <w:p>
      <w:pPr>
        <w:keepNext w:val="0"/>
        <w:jc w:val="both"/>
      </w:pPr>
    </w:p>
    <w:p>
      <w:pPr>
        <w:keepNext/>
        <w:ind w:left="720" w:hanging="357"/>
        <w:jc w:val="both"/>
      </w:pPr>
      <w:r>
        <w:t>f)</w:t>
        <w:tab/>
        <w:t>Which is the most expensive route to use?</w:t>
      </w:r>
    </w:p>
    <w:p>
      <w:pPr>
        <w:keepNext w:val="0"/>
        <w:jc w:val="both"/>
      </w:pPr>
    </w:p>
    <w:p>
      <w:pPr>
        <w:keepNext/>
        <w:jc w:val="both"/>
      </w:pPr>
      <w:r>
        <w:t>The transportation algorithm (the five steps):</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The north-west corner method:</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Number of occupied cells (routes used) for m supply points and n demand points:</w:t>
      </w:r>
    </w:p>
    <w:p>
      <w:pPr>
        <w:keepNext/>
        <w:jc w:val="both"/>
      </w:pPr>
    </w:p>
    <w:p>
      <w:pPr>
        <w:keepNext w:val="0"/>
        <w:jc w:val="both"/>
      </w:pPr>
    </w:p>
    <w:p>
      <w:pPr>
        <w:keepNext/>
        <w:ind w:left="357" w:hanging="357"/>
        <w:jc w:val="both"/>
      </w:pPr>
      <w:r>
        <w:t>2.</w:t>
        <w:tab/>
        <w:t>Use the north-west corner method to find an initial solution to the problem described in question 1, and state its cost.</w:t>
      </w:r>
    </w:p>
    <w:p>
      <w:pPr>
        <w:keepNext/>
        <w:ind w:left="357"/>
        <w:jc w:val="both"/>
      </w:pPr>
      <w:r>
        <w:t>Units transported</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jc w:val="both"/>
      </w:pPr>
    </w:p>
    <w:p>
      <w:pPr>
        <w:keepNext/>
        <w:jc w:val="both"/>
      </w:pPr>
    </w:p>
    <w:p>
      <w:pPr>
        <w:keepNext/>
        <w:jc w:val="both"/>
      </w:pPr>
    </w:p>
    <w:p>
      <w:pPr>
        <w:keepNext/>
        <w:jc w:val="both"/>
      </w:pPr>
    </w:p>
    <w:p>
      <w:pPr>
        <w:keepNext/>
        <w:jc w:val="both"/>
      </w:pPr>
    </w:p>
    <w:p>
      <w:pPr>
        <w:keepNext w:val="0"/>
        <w:jc w:val="both"/>
      </w:pPr>
    </w:p>
    <w:p>
      <w:pPr>
        <w:pageBreakBefore/>
        <w:jc w:val="center"/>
      </w:pPr>
      <w:r>
        <w:rPr>
          <w:b/>
          <w:sz w:val="32"/>
          <w:u w:val="single"/>
        </w:rPr>
        <w:t>1B Unbalanced Problems and Degenerate Solutions</w:t>
      </w:r>
    </w:p>
    <w:p>
      <w:pPr>
        <w:keepNext/>
        <w:jc w:val="both"/>
      </w:pPr>
      <w:r>
        <w:t>Unbalanced transportation problem:</w:t>
      </w:r>
    </w:p>
    <w:p>
      <w:pPr>
        <w:keepNext/>
        <w:jc w:val="both"/>
      </w:pPr>
    </w:p>
    <w:p>
      <w:pPr>
        <w:keepNext w:val="0"/>
        <w:jc w:val="both"/>
      </w:pPr>
    </w:p>
    <w:p>
      <w:pPr>
        <w:keepNext/>
        <w:jc w:val="both"/>
      </w:pPr>
      <w:r>
        <w:t>If total supply &gt; total demand:</w:t>
      </w:r>
    </w:p>
    <w:p>
      <w:pPr>
        <w:keepNext/>
        <w:jc w:val="both"/>
      </w:pPr>
    </w:p>
    <w:p>
      <w:pPr>
        <w:keepNext w:val="0"/>
        <w:jc w:val="both"/>
      </w:pPr>
    </w:p>
    <w:p>
      <w:pPr>
        <w:keepNext/>
        <w:jc w:val="both"/>
      </w:pPr>
      <w:r>
        <w:t>If total supply &lt; total demand:</w:t>
      </w:r>
    </w:p>
    <w:p>
      <w:pPr>
        <w:keepNext/>
        <w:jc w:val="both"/>
      </w:pPr>
    </w:p>
    <w:p>
      <w:pPr>
        <w:keepNext w:val="0"/>
        <w:jc w:val="both"/>
      </w:pPr>
    </w:p>
    <w:p>
      <w:pPr>
        <w:keepNext/>
        <w:jc w:val="both"/>
      </w:pPr>
      <w:r>
        <w:t>The demand (or supply) and the costs for a dummy:</w:t>
      </w:r>
    </w:p>
    <w:p>
      <w:pPr>
        <w:keepNext/>
        <w:jc w:val="both"/>
      </w:pPr>
    </w:p>
    <w:p>
      <w:pPr>
        <w:keepNext w:val="0"/>
        <w:jc w:val="both"/>
      </w:pPr>
    </w:p>
    <w:p>
      <w:pPr>
        <w:keepNext/>
        <w:jc w:val="both"/>
      </w:pPr>
      <w:r>
        <w:t>What units sent to a dummy demand point, or from a dummy supply point, represent:</w:t>
      </w:r>
    </w:p>
    <w:p>
      <w:pPr>
        <w:keepNext/>
        <w:jc w:val="both"/>
      </w:pPr>
    </w:p>
    <w:p>
      <w:pPr>
        <w:keepNext w:val="0"/>
        <w:jc w:val="both"/>
      </w:pPr>
    </w:p>
    <w:p>
      <w:pPr>
        <w:keepNext/>
        <w:ind w:left="357" w:hanging="357"/>
        <w:jc w:val="both"/>
      </w:pPr>
      <w:r>
        <w:t>1.</w:t>
        <w:tab/>
        <w:t>Three outlets A, B and C are supplied by three suppliers X, Y and Z. The table shows the cost, in pounds, of transporting each unit, the number of units required at each outlet and the number of units available at each supplier.</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X</w:t>
            </w:r>
          </w:p>
        </w:tc>
        <w:tc>
          <w:tcPr>
            <w:tcW w:type="dxa" w:w="794"/>
          </w:tcPr>
          <w:p>
            <w:pPr>
              <w:keepNext/>
              <w:jc w:val="center"/>
            </w:pPr>
            <w:r>
              <w:rPr>
                <w:sz w:val="22"/>
              </w:rPr>
              <w:t>9</w:t>
            </w:r>
          </w:p>
        </w:tc>
        <w:tc>
          <w:tcPr>
            <w:tcW w:type="dxa" w:w="794"/>
          </w:tcPr>
          <w:p>
            <w:pPr>
              <w:keepNext/>
              <w:jc w:val="center"/>
            </w:pPr>
            <w:r>
              <w:rPr>
                <w:sz w:val="22"/>
              </w:rPr>
              <w:t>11</w:t>
            </w:r>
          </w:p>
        </w:tc>
        <w:tc>
          <w:tcPr>
            <w:tcW w:type="dxa" w:w="794"/>
          </w:tcPr>
          <w:p>
            <w:pPr>
              <w:keepNext/>
              <w:jc w:val="center"/>
            </w:pPr>
            <w:r>
              <w:rPr>
                <w:sz w:val="22"/>
              </w:rPr>
              <w:t>10</w:t>
            </w:r>
          </w:p>
        </w:tc>
        <w:tc>
          <w:tcPr>
            <w:tcW w:type="dxa" w:w="907"/>
          </w:tcPr>
          <w:p>
            <w:pPr>
              <w:keepNext/>
              <w:jc w:val="center"/>
            </w:pPr>
            <w:r>
              <w:rPr>
                <w:sz w:val="22"/>
              </w:rPr>
              <w:t>40</w:t>
            </w:r>
          </w:p>
        </w:tc>
      </w:tr>
      <w:tr>
        <w:trPr>
          <w:trHeight w:val="369"/>
          <w:cantSplit/>
        </w:trPr>
        <w:tc>
          <w:tcPr>
            <w:tcW w:type="dxa" w:w="1134"/>
          </w:tcPr>
          <w:p>
            <w:pPr>
              <w:keepNext/>
              <w:jc w:val="center"/>
            </w:pPr>
            <w:r>
              <w:rPr>
                <w:b/>
                <w:sz w:val="22"/>
              </w:rPr>
              <w:t>Y</w:t>
            </w:r>
          </w:p>
        </w:tc>
        <w:tc>
          <w:tcPr>
            <w:tcW w:type="dxa" w:w="794"/>
          </w:tcPr>
          <w:p>
            <w:pPr>
              <w:keepNext/>
              <w:jc w:val="center"/>
            </w:pPr>
            <w:r>
              <w:rPr>
                <w:sz w:val="22"/>
              </w:rPr>
              <w:t>10</w:t>
            </w:r>
          </w:p>
        </w:tc>
        <w:tc>
          <w:tcPr>
            <w:tcW w:type="dxa" w:w="794"/>
          </w:tcPr>
          <w:p>
            <w:pPr>
              <w:keepNext/>
              <w:jc w:val="center"/>
            </w:pPr>
            <w:r>
              <w:rPr>
                <w:sz w:val="22"/>
              </w:rPr>
              <w:t>8</w:t>
            </w:r>
          </w:p>
        </w:tc>
        <w:tc>
          <w:tcPr>
            <w:tcW w:type="dxa" w:w="794"/>
          </w:tcPr>
          <w:p>
            <w:pPr>
              <w:keepNext/>
              <w:jc w:val="center"/>
            </w:pPr>
            <w:r>
              <w:rPr>
                <w:sz w:val="22"/>
              </w:rPr>
              <w:t>12</w:t>
            </w:r>
          </w:p>
        </w:tc>
        <w:tc>
          <w:tcPr>
            <w:tcW w:type="dxa" w:w="907"/>
          </w:tcPr>
          <w:p>
            <w:pPr>
              <w:keepNext/>
              <w:jc w:val="center"/>
            </w:pPr>
            <w:r>
              <w:rPr>
                <w:sz w:val="22"/>
              </w:rPr>
              <w:t>60</w:t>
            </w:r>
          </w:p>
        </w:tc>
      </w:tr>
      <w:tr>
        <w:trPr>
          <w:trHeight w:val="369"/>
          <w:cantSplit/>
        </w:trPr>
        <w:tc>
          <w:tcPr>
            <w:tcW w:type="dxa" w:w="1134"/>
          </w:tcPr>
          <w:p>
            <w:pPr>
              <w:keepNext/>
              <w:jc w:val="center"/>
            </w:pPr>
            <w:r>
              <w:rPr>
                <w:b/>
                <w:sz w:val="22"/>
              </w:rPr>
              <w:t>Z</w:t>
            </w:r>
          </w:p>
        </w:tc>
        <w:tc>
          <w:tcPr>
            <w:tcW w:type="dxa" w:w="794"/>
          </w:tcPr>
          <w:p>
            <w:pPr>
              <w:keepNext/>
              <w:jc w:val="center"/>
            </w:pPr>
            <w:r>
              <w:rPr>
                <w:sz w:val="22"/>
              </w:rPr>
              <w:t>12</w:t>
            </w:r>
          </w:p>
        </w:tc>
        <w:tc>
          <w:tcPr>
            <w:tcW w:type="dxa" w:w="794"/>
          </w:tcPr>
          <w:p>
            <w:pPr>
              <w:keepNext/>
              <w:jc w:val="center"/>
            </w:pPr>
            <w:r>
              <w:rPr>
                <w:sz w:val="22"/>
              </w:rPr>
              <w:t>7</w:t>
            </w:r>
          </w:p>
        </w:tc>
        <w:tc>
          <w:tcPr>
            <w:tcW w:type="dxa" w:w="794"/>
          </w:tcPr>
          <w:p>
            <w:pPr>
              <w:keepNext/>
              <w:jc w:val="center"/>
            </w:pPr>
            <w:r>
              <w:rPr>
                <w:sz w:val="22"/>
              </w:rPr>
              <w:t>8</w:t>
            </w:r>
          </w:p>
        </w:tc>
        <w:tc>
          <w:tcPr>
            <w:tcW w:type="dxa" w:w="907"/>
          </w:tcPr>
          <w:p>
            <w:pPr>
              <w:keepNext/>
              <w:jc w:val="center"/>
            </w:pPr>
            <w:r>
              <w:rPr>
                <w:sz w:val="22"/>
              </w:rPr>
              <w:t>50</w:t>
            </w:r>
          </w:p>
        </w:tc>
      </w:tr>
      <w:tr>
        <w:trPr>
          <w:trHeight w:val="369"/>
          <w:cantSplit/>
        </w:trPr>
        <w:tc>
          <w:tcPr>
            <w:tcW w:type="dxa" w:w="1134"/>
          </w:tcPr>
          <w:p>
            <w:pPr>
              <w:jc w:val="center"/>
            </w:pPr>
            <w:r>
              <w:rPr>
                <w:b/>
                <w:sz w:val="22"/>
              </w:rPr>
              <w:t>Demand</w:t>
            </w:r>
          </w:p>
        </w:tc>
        <w:tc>
          <w:tcPr>
            <w:tcW w:type="dxa" w:w="794"/>
          </w:tcPr>
          <w:p>
            <w:pPr>
              <w:jc w:val="center"/>
            </w:pPr>
            <w:r>
              <w:rPr>
                <w:sz w:val="22"/>
              </w:rPr>
              <w:t>50</w:t>
            </w:r>
          </w:p>
        </w:tc>
        <w:tc>
          <w:tcPr>
            <w:tcW w:type="dxa" w:w="794"/>
          </w:tcPr>
          <w:p>
            <w:pPr>
              <w:jc w:val="center"/>
            </w:pPr>
            <w:r>
              <w:rPr>
                <w:sz w:val="22"/>
              </w:rPr>
              <w:t>40</w:t>
            </w:r>
          </w:p>
        </w:tc>
        <w:tc>
          <w:tcPr>
            <w:tcW w:type="dxa" w:w="794"/>
          </w:tcPr>
          <w:p>
            <w:pPr>
              <w:jc w:val="center"/>
            </w:pPr>
            <w:r>
              <w:rPr>
                <w:sz w:val="22"/>
              </w:rPr>
              <w:t>30</w:t>
            </w:r>
          </w:p>
        </w:tc>
        <w:tc>
          <w:tcPr>
            <w:tcW w:type="dxa" w:w="907"/>
          </w:tcPr>
          <w:p>
            <w:pPr>
              <w:jc w:val="center"/>
            </w:pPr>
          </w:p>
        </w:tc>
      </w:tr>
    </w:tbl>
    <w:p>
      <w:pPr>
        <w:jc w:val="both"/>
      </w:pPr>
    </w:p>
    <w:p>
      <w:pPr>
        <w:keepNext/>
        <w:ind w:left="720" w:hanging="357"/>
        <w:jc w:val="both"/>
      </w:pPr>
      <w:r>
        <w:t>a)</w:t>
        <w:tab/>
        <w:t>Explain why it is necessary to add a dummy demand point in order to solve this problem.</w:t>
      </w:r>
    </w:p>
    <w:p>
      <w:pPr>
        <w:keepNext/>
        <w:jc w:val="both"/>
      </w:pPr>
    </w:p>
    <w:p>
      <w:pPr>
        <w:keepNext/>
        <w:jc w:val="both"/>
      </w:pPr>
    </w:p>
    <w:p>
      <w:pPr>
        <w:keepNext w:val="0"/>
        <w:jc w:val="both"/>
      </w:pPr>
    </w:p>
    <w:p>
      <w:pPr>
        <w:keepNext/>
        <w:ind w:left="720" w:hanging="357"/>
        <w:jc w:val="both"/>
      </w:pPr>
      <w:r>
        <w:t>b)</w:t>
        <w:tab/>
        <w:t>Add a dummy demand point and appropriate costs to the table.</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794"/>
          </w:tcPr>
          <w:p>
            <w:pPr>
              <w:keepNext/>
              <w:jc w:val="center"/>
            </w:pP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X</w:t>
            </w:r>
          </w:p>
        </w:tc>
        <w:tc>
          <w:tcPr>
            <w:tcW w:type="dxa" w:w="794"/>
          </w:tcPr>
          <w:p>
            <w:pPr>
              <w:keepNext/>
              <w:jc w:val="center"/>
            </w:pPr>
            <w:r>
              <w:rPr>
                <w:sz w:val="22"/>
              </w:rPr>
              <w:t>9</w:t>
            </w:r>
          </w:p>
        </w:tc>
        <w:tc>
          <w:tcPr>
            <w:tcW w:type="dxa" w:w="794"/>
          </w:tcPr>
          <w:p>
            <w:pPr>
              <w:keepNext/>
              <w:jc w:val="center"/>
            </w:pPr>
            <w:r>
              <w:rPr>
                <w:sz w:val="22"/>
              </w:rPr>
              <w:t>11</w:t>
            </w:r>
          </w:p>
        </w:tc>
        <w:tc>
          <w:tcPr>
            <w:tcW w:type="dxa" w:w="794"/>
          </w:tcPr>
          <w:p>
            <w:pPr>
              <w:keepNext/>
              <w:jc w:val="center"/>
            </w:pPr>
            <w:r>
              <w:rPr>
                <w:sz w:val="22"/>
              </w:rPr>
              <w:t>10</w:t>
            </w:r>
          </w:p>
        </w:tc>
        <w:tc>
          <w:tcPr>
            <w:tcW w:type="dxa" w:w="794"/>
          </w:tcPr>
          <w:p>
            <w:pPr>
              <w:keepNext/>
              <w:jc w:val="center"/>
            </w:pPr>
          </w:p>
        </w:tc>
        <w:tc>
          <w:tcPr>
            <w:tcW w:type="dxa" w:w="907"/>
          </w:tcPr>
          <w:p>
            <w:pPr>
              <w:keepNext/>
              <w:jc w:val="center"/>
            </w:pPr>
            <w:r>
              <w:rPr>
                <w:sz w:val="22"/>
              </w:rPr>
              <w:t>40</w:t>
            </w:r>
          </w:p>
        </w:tc>
      </w:tr>
      <w:tr>
        <w:trPr>
          <w:trHeight w:val="369"/>
          <w:cantSplit/>
        </w:trPr>
        <w:tc>
          <w:tcPr>
            <w:tcW w:type="dxa" w:w="1134"/>
          </w:tcPr>
          <w:p>
            <w:pPr>
              <w:keepNext/>
              <w:jc w:val="center"/>
            </w:pPr>
            <w:r>
              <w:rPr>
                <w:b/>
                <w:sz w:val="22"/>
              </w:rPr>
              <w:t>Y</w:t>
            </w:r>
          </w:p>
        </w:tc>
        <w:tc>
          <w:tcPr>
            <w:tcW w:type="dxa" w:w="794"/>
          </w:tcPr>
          <w:p>
            <w:pPr>
              <w:keepNext/>
              <w:jc w:val="center"/>
            </w:pPr>
            <w:r>
              <w:rPr>
                <w:sz w:val="22"/>
              </w:rPr>
              <w:t>10</w:t>
            </w:r>
          </w:p>
        </w:tc>
        <w:tc>
          <w:tcPr>
            <w:tcW w:type="dxa" w:w="794"/>
          </w:tcPr>
          <w:p>
            <w:pPr>
              <w:keepNext/>
              <w:jc w:val="center"/>
            </w:pPr>
            <w:r>
              <w:rPr>
                <w:sz w:val="22"/>
              </w:rPr>
              <w:t>8</w:t>
            </w:r>
          </w:p>
        </w:tc>
        <w:tc>
          <w:tcPr>
            <w:tcW w:type="dxa" w:w="794"/>
          </w:tcPr>
          <w:p>
            <w:pPr>
              <w:keepNext/>
              <w:jc w:val="center"/>
            </w:pPr>
            <w:r>
              <w:rPr>
                <w:sz w:val="22"/>
              </w:rPr>
              <w:t>12</w:t>
            </w:r>
          </w:p>
        </w:tc>
        <w:tc>
          <w:tcPr>
            <w:tcW w:type="dxa" w:w="794"/>
          </w:tcPr>
          <w:p>
            <w:pPr>
              <w:keepNext/>
              <w:jc w:val="center"/>
            </w:pPr>
          </w:p>
        </w:tc>
        <w:tc>
          <w:tcPr>
            <w:tcW w:type="dxa" w:w="907"/>
          </w:tcPr>
          <w:p>
            <w:pPr>
              <w:keepNext/>
              <w:jc w:val="center"/>
            </w:pPr>
            <w:r>
              <w:rPr>
                <w:sz w:val="22"/>
              </w:rPr>
              <w:t>60</w:t>
            </w:r>
          </w:p>
        </w:tc>
      </w:tr>
      <w:tr>
        <w:trPr>
          <w:trHeight w:val="369"/>
          <w:cantSplit/>
        </w:trPr>
        <w:tc>
          <w:tcPr>
            <w:tcW w:type="dxa" w:w="1134"/>
          </w:tcPr>
          <w:p>
            <w:pPr>
              <w:keepNext/>
              <w:jc w:val="center"/>
            </w:pPr>
            <w:r>
              <w:rPr>
                <w:b/>
                <w:sz w:val="22"/>
              </w:rPr>
              <w:t>Z</w:t>
            </w:r>
          </w:p>
        </w:tc>
        <w:tc>
          <w:tcPr>
            <w:tcW w:type="dxa" w:w="794"/>
          </w:tcPr>
          <w:p>
            <w:pPr>
              <w:keepNext/>
              <w:jc w:val="center"/>
            </w:pPr>
            <w:r>
              <w:rPr>
                <w:sz w:val="22"/>
              </w:rPr>
              <w:t>12</w:t>
            </w:r>
          </w:p>
        </w:tc>
        <w:tc>
          <w:tcPr>
            <w:tcW w:type="dxa" w:w="794"/>
          </w:tcPr>
          <w:p>
            <w:pPr>
              <w:keepNext/>
              <w:jc w:val="center"/>
            </w:pPr>
            <w:r>
              <w:rPr>
                <w:sz w:val="22"/>
              </w:rPr>
              <w:t>7</w:t>
            </w:r>
          </w:p>
        </w:tc>
        <w:tc>
          <w:tcPr>
            <w:tcW w:type="dxa" w:w="794"/>
          </w:tcPr>
          <w:p>
            <w:pPr>
              <w:keepNext/>
              <w:jc w:val="center"/>
            </w:pPr>
            <w:r>
              <w:rPr>
                <w:sz w:val="22"/>
              </w:rPr>
              <w:t>8</w:t>
            </w:r>
          </w:p>
        </w:tc>
        <w:tc>
          <w:tcPr>
            <w:tcW w:type="dxa" w:w="794"/>
          </w:tcPr>
          <w:p>
            <w:pPr>
              <w:keepNext/>
              <w:jc w:val="center"/>
            </w:pPr>
          </w:p>
        </w:tc>
        <w:tc>
          <w:tcPr>
            <w:tcW w:type="dxa" w:w="907"/>
          </w:tcPr>
          <w:p>
            <w:pPr>
              <w:keepNext/>
              <w:jc w:val="center"/>
            </w:pPr>
            <w:r>
              <w:rPr>
                <w:sz w:val="22"/>
              </w:rPr>
              <w:t>50</w:t>
            </w:r>
          </w:p>
        </w:tc>
      </w:tr>
      <w:tr>
        <w:trPr>
          <w:trHeight w:val="369"/>
          <w:cantSplit/>
        </w:trPr>
        <w:tc>
          <w:tcPr>
            <w:tcW w:type="dxa" w:w="1134"/>
          </w:tcPr>
          <w:p>
            <w:pPr>
              <w:jc w:val="center"/>
            </w:pPr>
            <w:r>
              <w:rPr>
                <w:b/>
                <w:sz w:val="22"/>
              </w:rPr>
              <w:t>Demand</w:t>
            </w:r>
          </w:p>
        </w:tc>
        <w:tc>
          <w:tcPr>
            <w:tcW w:type="dxa" w:w="794"/>
          </w:tcPr>
          <w:p>
            <w:pPr>
              <w:jc w:val="center"/>
            </w:pPr>
            <w:r>
              <w:rPr>
                <w:sz w:val="22"/>
              </w:rPr>
              <w:t>50</w:t>
            </w:r>
          </w:p>
        </w:tc>
        <w:tc>
          <w:tcPr>
            <w:tcW w:type="dxa" w:w="794"/>
          </w:tcPr>
          <w:p>
            <w:pPr>
              <w:jc w:val="center"/>
            </w:pPr>
            <w:r>
              <w:rPr>
                <w:sz w:val="22"/>
              </w:rPr>
              <w:t>40</w:t>
            </w:r>
          </w:p>
        </w:tc>
        <w:tc>
          <w:tcPr>
            <w:tcW w:type="dxa" w:w="794"/>
          </w:tcPr>
          <w:p>
            <w:pPr>
              <w:jc w:val="center"/>
            </w:pPr>
            <w:r>
              <w:rPr>
                <w:sz w:val="22"/>
              </w:rPr>
              <w:t>30</w:t>
            </w:r>
          </w:p>
        </w:tc>
        <w:tc>
          <w:tcPr>
            <w:tcW w:type="dxa" w:w="794"/>
          </w:tcPr>
          <w:p>
            <w:pPr>
              <w:jc w:val="center"/>
            </w:pPr>
          </w:p>
        </w:tc>
        <w:tc>
          <w:tcPr>
            <w:tcW w:type="dxa" w:w="907"/>
          </w:tcPr>
          <w:p>
            <w:pPr>
              <w:jc w:val="center"/>
            </w:pPr>
          </w:p>
        </w:tc>
      </w:tr>
    </w:tbl>
    <w:p>
      <w:pPr>
        <w:jc w:val="both"/>
      </w:pPr>
    </w:p>
    <w:p>
      <w:pPr>
        <w:keepNext/>
        <w:ind w:left="720" w:hanging="357"/>
        <w:jc w:val="both"/>
      </w:pPr>
      <w:r>
        <w:t>c)</w:t>
        <w:tab/>
        <w:t>Use the north-west corner method to obtain an initial solution.</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794"/>
          </w:tcPr>
          <w:p>
            <w:pPr>
              <w:keepNext/>
              <w:jc w:val="center"/>
            </w:pP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X</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40</w:t>
            </w:r>
          </w:p>
        </w:tc>
      </w:tr>
      <w:tr>
        <w:trPr>
          <w:trHeight w:val="369"/>
          <w:cantSplit/>
        </w:trPr>
        <w:tc>
          <w:tcPr>
            <w:tcW w:type="dxa" w:w="1134"/>
          </w:tcPr>
          <w:p>
            <w:pPr>
              <w:keepNext/>
              <w:jc w:val="center"/>
            </w:pPr>
            <w:r>
              <w:rPr>
                <w:b/>
                <w:sz w:val="22"/>
              </w:rPr>
              <w:t>Y</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60</w:t>
            </w:r>
          </w:p>
        </w:tc>
      </w:tr>
      <w:tr>
        <w:trPr>
          <w:trHeight w:val="369"/>
          <w:cantSplit/>
        </w:trPr>
        <w:tc>
          <w:tcPr>
            <w:tcW w:type="dxa" w:w="1134"/>
          </w:tcPr>
          <w:p>
            <w:pPr>
              <w:keepNext/>
              <w:jc w:val="center"/>
            </w:pPr>
            <w:r>
              <w:rPr>
                <w:b/>
                <w:sz w:val="22"/>
              </w:rPr>
              <w:t>Z</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50</w:t>
            </w:r>
          </w:p>
        </w:tc>
      </w:tr>
      <w:tr>
        <w:trPr>
          <w:trHeight w:val="369"/>
          <w:cantSplit/>
        </w:trPr>
        <w:tc>
          <w:tcPr>
            <w:tcW w:type="dxa" w:w="1134"/>
          </w:tcPr>
          <w:p>
            <w:pPr>
              <w:jc w:val="center"/>
            </w:pPr>
            <w:r>
              <w:rPr>
                <w:b/>
                <w:sz w:val="22"/>
              </w:rPr>
              <w:t>Demand</w:t>
            </w:r>
          </w:p>
        </w:tc>
        <w:tc>
          <w:tcPr>
            <w:tcW w:type="dxa" w:w="794"/>
          </w:tcPr>
          <w:p>
            <w:pPr>
              <w:jc w:val="center"/>
            </w:pPr>
            <w:r>
              <w:rPr>
                <w:sz w:val="22"/>
              </w:rPr>
              <w:t>50</w:t>
            </w:r>
          </w:p>
        </w:tc>
        <w:tc>
          <w:tcPr>
            <w:tcW w:type="dxa" w:w="794"/>
          </w:tcPr>
          <w:p>
            <w:pPr>
              <w:jc w:val="center"/>
            </w:pPr>
            <w:r>
              <w:rPr>
                <w:sz w:val="22"/>
              </w:rPr>
              <w:t>40</w:t>
            </w:r>
          </w:p>
        </w:tc>
        <w:tc>
          <w:tcPr>
            <w:tcW w:type="dxa" w:w="794"/>
          </w:tcPr>
          <w:p>
            <w:pPr>
              <w:jc w:val="center"/>
            </w:pPr>
            <w:r>
              <w:rPr>
                <w:sz w:val="22"/>
              </w:rPr>
              <w:t>30</w:t>
            </w:r>
          </w:p>
        </w:tc>
        <w:tc>
          <w:tcPr>
            <w:tcW w:type="dxa" w:w="794"/>
          </w:tcPr>
          <w:p>
            <w:pPr>
              <w:jc w:val="center"/>
            </w:pPr>
          </w:p>
        </w:tc>
        <w:tc>
          <w:tcPr>
            <w:tcW w:type="dxa" w:w="907"/>
          </w:tcPr>
          <w:p>
            <w:pPr>
              <w:jc w:val="center"/>
            </w:pPr>
          </w:p>
        </w:tc>
      </w:tr>
    </w:tbl>
    <w:p>
      <w:pPr>
        <w:jc w:val="both"/>
      </w:pPr>
    </w:p>
    <w:p>
      <w:pPr>
        <w:keepNext/>
        <w:jc w:val="both"/>
      </w:pPr>
    </w:p>
    <w:p>
      <w:pPr>
        <w:keepNext w:val="0"/>
        <w:jc w:val="both"/>
      </w:pPr>
    </w:p>
    <w:p>
      <w:pPr>
        <w:keepNext/>
        <w:ind w:left="357" w:hanging="357"/>
        <w:jc w:val="both"/>
      </w:pPr>
      <w:r>
        <w:t>2.</w:t>
        <w:tab/>
        <w:t>The table shows the cost in pounds of transporting each unit to three retailers A, B and C from three suppliers W, X and Y. It also shows the number of units required by each retailer and the number available at each supplier.</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W</w:t>
            </w:r>
          </w:p>
        </w:tc>
        <w:tc>
          <w:tcPr>
            <w:tcW w:type="dxa" w:w="794"/>
          </w:tcPr>
          <w:p>
            <w:pPr>
              <w:keepNext/>
              <w:jc w:val="center"/>
            </w:pPr>
            <w:r>
              <w:rPr>
                <w:sz w:val="22"/>
              </w:rPr>
              <w:t>8</w:t>
            </w:r>
          </w:p>
        </w:tc>
        <w:tc>
          <w:tcPr>
            <w:tcW w:type="dxa" w:w="794"/>
          </w:tcPr>
          <w:p>
            <w:pPr>
              <w:keepNext/>
              <w:jc w:val="center"/>
            </w:pPr>
            <w:r>
              <w:rPr>
                <w:sz w:val="22"/>
              </w:rPr>
              <w:t>9</w:t>
            </w:r>
          </w:p>
        </w:tc>
        <w:tc>
          <w:tcPr>
            <w:tcW w:type="dxa" w:w="794"/>
          </w:tcPr>
          <w:p>
            <w:pPr>
              <w:keepNext/>
              <w:jc w:val="center"/>
            </w:pPr>
            <w:r>
              <w:rPr>
                <w:sz w:val="22"/>
              </w:rPr>
              <w:t>11</w:t>
            </w:r>
          </w:p>
        </w:tc>
        <w:tc>
          <w:tcPr>
            <w:tcW w:type="dxa" w:w="907"/>
          </w:tcPr>
          <w:p>
            <w:pPr>
              <w:keepNext/>
              <w:jc w:val="center"/>
            </w:pPr>
            <w:r>
              <w:rPr>
                <w:sz w:val="22"/>
              </w:rPr>
              <w:t>55</w:t>
            </w:r>
          </w:p>
        </w:tc>
      </w:tr>
      <w:tr>
        <w:trPr>
          <w:trHeight w:val="369"/>
          <w:cantSplit/>
        </w:trPr>
        <w:tc>
          <w:tcPr>
            <w:tcW w:type="dxa" w:w="1134"/>
          </w:tcPr>
          <w:p>
            <w:pPr>
              <w:keepNext/>
              <w:jc w:val="center"/>
            </w:pPr>
            <w:r>
              <w:rPr>
                <w:b/>
                <w:sz w:val="22"/>
              </w:rPr>
              <w:t>X</w:t>
            </w:r>
          </w:p>
        </w:tc>
        <w:tc>
          <w:tcPr>
            <w:tcW w:type="dxa" w:w="794"/>
          </w:tcPr>
          <w:p>
            <w:pPr>
              <w:keepNext/>
              <w:jc w:val="center"/>
            </w:pPr>
            <w:r>
              <w:rPr>
                <w:sz w:val="22"/>
              </w:rPr>
              <w:t>9</w:t>
            </w:r>
          </w:p>
        </w:tc>
        <w:tc>
          <w:tcPr>
            <w:tcW w:type="dxa" w:w="794"/>
          </w:tcPr>
          <w:p>
            <w:pPr>
              <w:keepNext/>
              <w:jc w:val="center"/>
            </w:pPr>
            <w:r>
              <w:rPr>
                <w:sz w:val="22"/>
              </w:rPr>
              <w:t>10</w:t>
            </w:r>
          </w:p>
        </w:tc>
        <w:tc>
          <w:tcPr>
            <w:tcW w:type="dxa" w:w="794"/>
          </w:tcPr>
          <w:p>
            <w:pPr>
              <w:keepNext/>
              <w:jc w:val="center"/>
            </w:pPr>
            <w:r>
              <w:rPr>
                <w:sz w:val="22"/>
              </w:rPr>
              <w:t>12</w:t>
            </w:r>
          </w:p>
        </w:tc>
        <w:tc>
          <w:tcPr>
            <w:tcW w:type="dxa" w:w="907"/>
          </w:tcPr>
          <w:p>
            <w:pPr>
              <w:keepNext/>
              <w:jc w:val="center"/>
            </w:pPr>
            <w:r>
              <w:rPr>
                <w:sz w:val="22"/>
              </w:rPr>
              <w:t>70</w:t>
            </w:r>
          </w:p>
        </w:tc>
      </w:tr>
      <w:tr>
        <w:trPr>
          <w:trHeight w:val="369"/>
          <w:cantSplit/>
        </w:trPr>
        <w:tc>
          <w:tcPr>
            <w:tcW w:type="dxa" w:w="1134"/>
          </w:tcPr>
          <w:p>
            <w:pPr>
              <w:keepNext/>
              <w:jc w:val="center"/>
            </w:pPr>
            <w:r>
              <w:rPr>
                <w:b/>
                <w:sz w:val="22"/>
              </w:rPr>
              <w:t>Y</w:t>
            </w:r>
          </w:p>
        </w:tc>
        <w:tc>
          <w:tcPr>
            <w:tcW w:type="dxa" w:w="794"/>
          </w:tcPr>
          <w:p>
            <w:pPr>
              <w:keepNext/>
              <w:jc w:val="center"/>
            </w:pPr>
            <w:r>
              <w:rPr>
                <w:sz w:val="22"/>
              </w:rPr>
              <w:t>11</w:t>
            </w:r>
          </w:p>
        </w:tc>
        <w:tc>
          <w:tcPr>
            <w:tcW w:type="dxa" w:w="794"/>
          </w:tcPr>
          <w:p>
            <w:pPr>
              <w:keepNext/>
              <w:jc w:val="center"/>
            </w:pPr>
            <w:r>
              <w:rPr>
                <w:sz w:val="22"/>
              </w:rPr>
              <w:t>10</w:t>
            </w:r>
          </w:p>
        </w:tc>
        <w:tc>
          <w:tcPr>
            <w:tcW w:type="dxa" w:w="794"/>
          </w:tcPr>
          <w:p>
            <w:pPr>
              <w:keepNext/>
              <w:jc w:val="center"/>
            </w:pPr>
            <w:r>
              <w:rPr>
                <w:sz w:val="22"/>
              </w:rPr>
              <w:t>8</w:t>
            </w:r>
          </w:p>
        </w:tc>
        <w:tc>
          <w:tcPr>
            <w:tcW w:type="dxa" w:w="907"/>
          </w:tcPr>
          <w:p>
            <w:pPr>
              <w:keepNext/>
              <w:jc w:val="center"/>
            </w:pPr>
            <w:r>
              <w:rPr>
                <w:sz w:val="22"/>
              </w:rPr>
              <w:t>65</w:t>
            </w:r>
          </w:p>
        </w:tc>
      </w:tr>
      <w:tr>
        <w:trPr>
          <w:trHeight w:val="369"/>
          <w:cantSplit/>
        </w:trPr>
        <w:tc>
          <w:tcPr>
            <w:tcW w:type="dxa" w:w="1134"/>
          </w:tcPr>
          <w:p>
            <w:pPr>
              <w:jc w:val="center"/>
            </w:pPr>
            <w:r>
              <w:rPr>
                <w:b/>
                <w:sz w:val="22"/>
              </w:rPr>
              <w:t>Demand</w:t>
            </w:r>
          </w:p>
        </w:tc>
        <w:tc>
          <w:tcPr>
            <w:tcW w:type="dxa" w:w="794"/>
          </w:tcPr>
          <w:p>
            <w:pPr>
              <w:jc w:val="center"/>
            </w:pPr>
            <w:r>
              <w:rPr>
                <w:sz w:val="22"/>
              </w:rPr>
              <w:t>74</w:t>
            </w:r>
          </w:p>
        </w:tc>
        <w:tc>
          <w:tcPr>
            <w:tcW w:type="dxa" w:w="794"/>
          </w:tcPr>
          <w:p>
            <w:pPr>
              <w:jc w:val="center"/>
            </w:pPr>
            <w:r>
              <w:rPr>
                <w:sz w:val="22"/>
              </w:rPr>
              <w:t>72</w:t>
            </w:r>
          </w:p>
        </w:tc>
        <w:tc>
          <w:tcPr>
            <w:tcW w:type="dxa" w:w="794"/>
          </w:tcPr>
          <w:p>
            <w:pPr>
              <w:jc w:val="center"/>
            </w:pPr>
            <w:r>
              <w:rPr>
                <w:sz w:val="22"/>
              </w:rPr>
              <w:t>68</w:t>
            </w:r>
          </w:p>
        </w:tc>
        <w:tc>
          <w:tcPr>
            <w:tcW w:type="dxa" w:w="907"/>
          </w:tcPr>
          <w:p>
            <w:pPr>
              <w:jc w:val="center"/>
            </w:pPr>
          </w:p>
        </w:tc>
      </w:tr>
    </w:tbl>
    <w:p>
      <w:pPr>
        <w:jc w:val="both"/>
      </w:pPr>
    </w:p>
    <w:p>
      <w:pPr>
        <w:keepNext/>
        <w:ind w:left="720" w:hanging="357"/>
        <w:jc w:val="both"/>
      </w:pPr>
      <w:r>
        <w:t>a)</w:t>
        <w:tab/>
        <w:t>Use the north-west corner method to obtain an initial solution.</w:t>
      </w:r>
    </w:p>
    <w:p>
      <w:pPr>
        <w:keepNext/>
        <w:jc w:val="both"/>
      </w:pPr>
    </w:p>
    <w:p>
      <w:pPr>
        <w:keepNext/>
        <w:jc w:val="both"/>
      </w:pPr>
    </w:p>
    <w:p>
      <w:pPr>
        <w:keepNext/>
        <w:jc w:val="both"/>
      </w:pPr>
    </w:p>
    <w:p>
      <w:pPr>
        <w:keepNext w:val="0"/>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W</w:t>
            </w:r>
          </w:p>
        </w:tc>
        <w:tc>
          <w:tcPr>
            <w:tcW w:type="dxa" w:w="794"/>
          </w:tcPr>
          <w:p>
            <w:pPr>
              <w:keepNext/>
              <w:jc w:val="center"/>
            </w:pPr>
            <w:r>
              <w:rPr>
                <w:sz w:val="22"/>
              </w:rPr>
              <w:t>8</w:t>
            </w:r>
          </w:p>
        </w:tc>
        <w:tc>
          <w:tcPr>
            <w:tcW w:type="dxa" w:w="794"/>
          </w:tcPr>
          <w:p>
            <w:pPr>
              <w:keepNext/>
              <w:jc w:val="center"/>
            </w:pPr>
            <w:r>
              <w:rPr>
                <w:sz w:val="22"/>
              </w:rPr>
              <w:t>9</w:t>
            </w:r>
          </w:p>
        </w:tc>
        <w:tc>
          <w:tcPr>
            <w:tcW w:type="dxa" w:w="794"/>
          </w:tcPr>
          <w:p>
            <w:pPr>
              <w:keepNext/>
              <w:jc w:val="center"/>
            </w:pPr>
            <w:r>
              <w:rPr>
                <w:sz w:val="22"/>
              </w:rPr>
              <w:t>11</w:t>
            </w:r>
          </w:p>
        </w:tc>
        <w:tc>
          <w:tcPr>
            <w:tcW w:type="dxa" w:w="907"/>
          </w:tcPr>
          <w:p>
            <w:pPr>
              <w:keepNext/>
              <w:jc w:val="center"/>
            </w:pPr>
            <w:r>
              <w:rPr>
                <w:sz w:val="22"/>
              </w:rPr>
              <w:t>55</w:t>
            </w:r>
          </w:p>
        </w:tc>
      </w:tr>
      <w:tr>
        <w:trPr>
          <w:trHeight w:val="369"/>
          <w:cantSplit/>
        </w:trPr>
        <w:tc>
          <w:tcPr>
            <w:tcW w:type="dxa" w:w="1134"/>
          </w:tcPr>
          <w:p>
            <w:pPr>
              <w:keepNext/>
              <w:jc w:val="center"/>
            </w:pPr>
            <w:r>
              <w:rPr>
                <w:b/>
                <w:sz w:val="22"/>
              </w:rPr>
              <w:t>X</w:t>
            </w:r>
          </w:p>
        </w:tc>
        <w:tc>
          <w:tcPr>
            <w:tcW w:type="dxa" w:w="794"/>
          </w:tcPr>
          <w:p>
            <w:pPr>
              <w:keepNext/>
              <w:jc w:val="center"/>
            </w:pPr>
            <w:r>
              <w:rPr>
                <w:sz w:val="22"/>
              </w:rPr>
              <w:t>9</w:t>
            </w:r>
          </w:p>
        </w:tc>
        <w:tc>
          <w:tcPr>
            <w:tcW w:type="dxa" w:w="794"/>
          </w:tcPr>
          <w:p>
            <w:pPr>
              <w:keepNext/>
              <w:jc w:val="center"/>
            </w:pPr>
            <w:r>
              <w:rPr>
                <w:sz w:val="22"/>
              </w:rPr>
              <w:t>10</w:t>
            </w:r>
          </w:p>
        </w:tc>
        <w:tc>
          <w:tcPr>
            <w:tcW w:type="dxa" w:w="794"/>
          </w:tcPr>
          <w:p>
            <w:pPr>
              <w:keepNext/>
              <w:jc w:val="center"/>
            </w:pPr>
            <w:r>
              <w:rPr>
                <w:sz w:val="22"/>
              </w:rPr>
              <w:t>12</w:t>
            </w:r>
          </w:p>
        </w:tc>
        <w:tc>
          <w:tcPr>
            <w:tcW w:type="dxa" w:w="907"/>
          </w:tcPr>
          <w:p>
            <w:pPr>
              <w:keepNext/>
              <w:jc w:val="center"/>
            </w:pPr>
            <w:r>
              <w:rPr>
                <w:sz w:val="22"/>
              </w:rPr>
              <w:t>70</w:t>
            </w:r>
          </w:p>
        </w:tc>
      </w:tr>
      <w:tr>
        <w:trPr>
          <w:trHeight w:val="369"/>
          <w:cantSplit/>
        </w:trPr>
        <w:tc>
          <w:tcPr>
            <w:tcW w:type="dxa" w:w="1134"/>
          </w:tcPr>
          <w:p>
            <w:pPr>
              <w:keepNext/>
              <w:jc w:val="center"/>
            </w:pPr>
            <w:r>
              <w:rPr>
                <w:b/>
                <w:sz w:val="22"/>
              </w:rPr>
              <w:t>Y</w:t>
            </w:r>
          </w:p>
        </w:tc>
        <w:tc>
          <w:tcPr>
            <w:tcW w:type="dxa" w:w="794"/>
          </w:tcPr>
          <w:p>
            <w:pPr>
              <w:keepNext/>
              <w:jc w:val="center"/>
            </w:pPr>
            <w:r>
              <w:rPr>
                <w:sz w:val="22"/>
              </w:rPr>
              <w:t>11</w:t>
            </w:r>
          </w:p>
        </w:tc>
        <w:tc>
          <w:tcPr>
            <w:tcW w:type="dxa" w:w="794"/>
          </w:tcPr>
          <w:p>
            <w:pPr>
              <w:keepNext/>
              <w:jc w:val="center"/>
            </w:pPr>
            <w:r>
              <w:rPr>
                <w:sz w:val="22"/>
              </w:rPr>
              <w:t>10</w:t>
            </w:r>
          </w:p>
        </w:tc>
        <w:tc>
          <w:tcPr>
            <w:tcW w:type="dxa" w:w="794"/>
          </w:tcPr>
          <w:p>
            <w:pPr>
              <w:keepNext/>
              <w:jc w:val="center"/>
            </w:pPr>
            <w:r>
              <w:rPr>
                <w:sz w:val="22"/>
              </w:rPr>
              <w:t>8</w:t>
            </w:r>
          </w:p>
        </w:tc>
        <w:tc>
          <w:tcPr>
            <w:tcW w:type="dxa" w:w="907"/>
          </w:tcPr>
          <w:p>
            <w:pPr>
              <w:keepNext/>
              <w:jc w:val="center"/>
            </w:pPr>
            <w:r>
              <w:rPr>
                <w:sz w:val="22"/>
              </w:rPr>
              <w:t>65</w:t>
            </w:r>
          </w:p>
        </w:tc>
      </w:tr>
      <w:tr>
        <w:trPr>
          <w:trHeight w:val="369"/>
          <w:cantSplit/>
        </w:trPr>
        <w:tc>
          <w:tcPr>
            <w:tcW w:type="dxa" w:w="113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Demand</w:t>
            </w:r>
          </w:p>
        </w:tc>
        <w:tc>
          <w:tcPr>
            <w:tcW w:type="dxa" w:w="794"/>
          </w:tcPr>
          <w:p>
            <w:pPr>
              <w:jc w:val="center"/>
            </w:pPr>
            <w:r>
              <w:rPr>
                <w:sz w:val="22"/>
              </w:rPr>
              <w:t>74</w:t>
            </w:r>
          </w:p>
        </w:tc>
        <w:tc>
          <w:tcPr>
            <w:tcW w:type="dxa" w:w="794"/>
          </w:tcPr>
          <w:p>
            <w:pPr>
              <w:jc w:val="center"/>
            </w:pPr>
            <w:r>
              <w:rPr>
                <w:sz w:val="22"/>
              </w:rPr>
              <w:t>72</w:t>
            </w:r>
          </w:p>
        </w:tc>
        <w:tc>
          <w:tcPr>
            <w:tcW w:type="dxa" w:w="794"/>
          </w:tcPr>
          <w:p>
            <w:pPr>
              <w:jc w:val="center"/>
            </w:pPr>
            <w:r>
              <w:rPr>
                <w:sz w:val="22"/>
              </w:rPr>
              <w:t>68</w:t>
            </w:r>
          </w:p>
        </w:tc>
        <w:tc>
          <w:tcPr>
            <w:tcW w:type="dxa" w:w="907"/>
          </w:tcPr>
          <w:p>
            <w:pPr>
              <w:jc w:val="center"/>
            </w:pPr>
          </w:p>
        </w:tc>
      </w:tr>
    </w:tbl>
    <w:p>
      <w:pPr>
        <w:jc w:val="both"/>
      </w:pPr>
    </w:p>
    <w:p>
      <w:pPr>
        <w:keepNext/>
        <w:ind w:left="357"/>
        <w:jc w:val="both"/>
      </w:pPr>
      <w:r>
        <w:t>Units transported</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W</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55</w:t>
            </w:r>
          </w:p>
        </w:tc>
      </w:tr>
      <w:tr>
        <w:trPr>
          <w:trHeight w:val="369"/>
          <w:cantSplit/>
        </w:trPr>
        <w:tc>
          <w:tcPr>
            <w:tcW w:type="dxa" w:w="1134"/>
          </w:tcPr>
          <w:p>
            <w:pPr>
              <w:keepNext/>
              <w:jc w:val="center"/>
            </w:pPr>
            <w:r>
              <w:rPr>
                <w:b/>
                <w:sz w:val="22"/>
              </w:rPr>
              <w:t>X</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70</w:t>
            </w:r>
          </w:p>
        </w:tc>
      </w:tr>
      <w:tr>
        <w:trPr>
          <w:trHeight w:val="369"/>
          <w:cantSplit/>
        </w:trPr>
        <w:tc>
          <w:tcPr>
            <w:tcW w:type="dxa" w:w="1134"/>
          </w:tcPr>
          <w:p>
            <w:pPr>
              <w:keepNext/>
              <w:jc w:val="center"/>
            </w:pPr>
            <w:r>
              <w:rPr>
                <w:b/>
                <w:sz w:val="22"/>
              </w:rPr>
              <w:t>Y</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65</w:t>
            </w:r>
          </w:p>
        </w:tc>
      </w:tr>
      <w:tr>
        <w:trPr>
          <w:trHeight w:val="369"/>
          <w:cantSplit/>
        </w:trPr>
        <w:tc>
          <w:tcPr>
            <w:tcW w:type="dxa" w:w="113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Demand</w:t>
            </w:r>
          </w:p>
        </w:tc>
        <w:tc>
          <w:tcPr>
            <w:tcW w:type="dxa" w:w="794"/>
          </w:tcPr>
          <w:p>
            <w:pPr>
              <w:jc w:val="center"/>
            </w:pPr>
            <w:r>
              <w:rPr>
                <w:sz w:val="22"/>
              </w:rPr>
              <w:t>74</w:t>
            </w:r>
          </w:p>
        </w:tc>
        <w:tc>
          <w:tcPr>
            <w:tcW w:type="dxa" w:w="794"/>
          </w:tcPr>
          <w:p>
            <w:pPr>
              <w:jc w:val="center"/>
            </w:pPr>
            <w:r>
              <w:rPr>
                <w:sz w:val="22"/>
              </w:rPr>
              <w:t>72</w:t>
            </w:r>
          </w:p>
        </w:tc>
        <w:tc>
          <w:tcPr>
            <w:tcW w:type="dxa" w:w="794"/>
          </w:tcPr>
          <w:p>
            <w:pPr>
              <w:jc w:val="center"/>
            </w:pPr>
            <w:r>
              <w:rPr>
                <w:sz w:val="22"/>
              </w:rPr>
              <w:t>68</w:t>
            </w:r>
          </w:p>
        </w:tc>
        <w:tc>
          <w:tcPr>
            <w:tcW w:type="dxa" w:w="907"/>
          </w:tcPr>
          <w:p>
            <w:pPr>
              <w:jc w:val="center"/>
            </w:pPr>
          </w:p>
        </w:tc>
      </w:tr>
    </w:tbl>
    <w:p>
      <w:pPr>
        <w:jc w:val="both"/>
      </w:pPr>
    </w:p>
    <w:p>
      <w:pPr>
        <w:keepNext/>
        <w:ind w:left="720" w:hanging="357"/>
        <w:jc w:val="both"/>
      </w:pPr>
      <w:r>
        <w:t>b)</w:t>
        <w:tab/>
        <w:t>State, with a reason, which retailer has not had their demand fully met.</w:t>
      </w:r>
    </w:p>
    <w:p>
      <w:pPr>
        <w:keepNext/>
        <w:jc w:val="both"/>
      </w:pPr>
    </w:p>
    <w:p>
      <w:pPr>
        <w:keepNext/>
        <w:jc w:val="both"/>
      </w:pPr>
    </w:p>
    <w:p>
      <w:pPr>
        <w:keepNext w:val="0"/>
        <w:jc w:val="both"/>
      </w:pPr>
    </w:p>
    <w:p>
      <w:pPr>
        <w:keepNext/>
        <w:jc w:val="both"/>
      </w:pPr>
      <w:r>
        <w:t>Degenerate solution (m rows and n columns):</w:t>
      </w:r>
    </w:p>
    <w:p>
      <w:pPr>
        <w:keepNext/>
        <w:jc w:val="both"/>
      </w:pPr>
    </w:p>
    <w:p>
      <w:pPr>
        <w:keepNext w:val="0"/>
        <w:jc w:val="both"/>
      </w:pPr>
    </w:p>
    <w:p>
      <w:pPr>
        <w:keepNext/>
        <w:jc w:val="both"/>
      </w:pPr>
      <w:r>
        <w:t>When this happens:</w:t>
      </w:r>
    </w:p>
    <w:p>
      <w:pPr>
        <w:keepNext/>
        <w:jc w:val="both"/>
      </w:pPr>
    </w:p>
    <w:p>
      <w:pPr>
        <w:keepNext w:val="0"/>
        <w:jc w:val="both"/>
      </w:pPr>
    </w:p>
    <w:p>
      <w:pPr>
        <w:keepNext/>
        <w:jc w:val="both"/>
      </w:pPr>
      <w:r>
        <w:t>How to make the solution non-degenerate:</w:t>
      </w:r>
    </w:p>
    <w:p>
      <w:pPr>
        <w:keepNext/>
        <w:jc w:val="both"/>
      </w:pPr>
    </w:p>
    <w:p>
      <w:pPr>
        <w:keepNext w:val="0"/>
        <w:jc w:val="both"/>
      </w:pPr>
    </w:p>
    <w:p>
      <w:pPr>
        <w:keepNext/>
        <w:ind w:left="357" w:hanging="357"/>
        <w:jc w:val="both"/>
      </w:pPr>
      <w:r>
        <w:t>3.</w:t>
        <w:tab/>
        <w:t>The table shows the unit cost in pounds of transporting goods from supply points W, X, Y and Z to demand points A, B and C. It also shows the number of units required at each demand point and the number of units available at each supply point.</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W</w:t>
            </w:r>
          </w:p>
        </w:tc>
        <w:tc>
          <w:tcPr>
            <w:tcW w:type="dxa" w:w="794"/>
          </w:tcPr>
          <w:p>
            <w:pPr>
              <w:keepNext/>
              <w:jc w:val="center"/>
            </w:pPr>
            <w:r>
              <w:rPr>
                <w:sz w:val="22"/>
              </w:rPr>
              <w:t>10</w:t>
            </w:r>
          </w:p>
        </w:tc>
        <w:tc>
          <w:tcPr>
            <w:tcW w:type="dxa" w:w="794"/>
          </w:tcPr>
          <w:p>
            <w:pPr>
              <w:keepNext/>
              <w:jc w:val="center"/>
            </w:pPr>
            <w:r>
              <w:rPr>
                <w:sz w:val="22"/>
              </w:rPr>
              <w:t>11</w:t>
            </w:r>
          </w:p>
        </w:tc>
        <w:tc>
          <w:tcPr>
            <w:tcW w:type="dxa" w:w="794"/>
          </w:tcPr>
          <w:p>
            <w:pPr>
              <w:keepNext/>
              <w:jc w:val="center"/>
            </w:pPr>
            <w:r>
              <w:rPr>
                <w:sz w:val="22"/>
              </w:rPr>
              <w:t>6</w:t>
            </w:r>
          </w:p>
        </w:tc>
        <w:tc>
          <w:tcPr>
            <w:tcW w:type="dxa" w:w="907"/>
          </w:tcPr>
          <w:p>
            <w:pPr>
              <w:keepNext/>
              <w:jc w:val="center"/>
            </w:pPr>
            <w:r>
              <w:rPr>
                <w:sz w:val="22"/>
              </w:rPr>
              <w:t>30</w:t>
            </w:r>
          </w:p>
        </w:tc>
      </w:tr>
      <w:tr>
        <w:trPr>
          <w:trHeight w:val="369"/>
          <w:cantSplit/>
        </w:trPr>
        <w:tc>
          <w:tcPr>
            <w:tcW w:type="dxa" w:w="1134"/>
          </w:tcPr>
          <w:p>
            <w:pPr>
              <w:keepNext/>
              <w:jc w:val="center"/>
            </w:pPr>
            <w:r>
              <w:rPr>
                <w:b/>
                <w:sz w:val="22"/>
              </w:rPr>
              <w:t>X</w:t>
            </w:r>
          </w:p>
        </w:tc>
        <w:tc>
          <w:tcPr>
            <w:tcW w:type="dxa" w:w="794"/>
          </w:tcPr>
          <w:p>
            <w:pPr>
              <w:keepNext/>
              <w:jc w:val="center"/>
            </w:pPr>
            <w:r>
              <w:rPr>
                <w:sz w:val="22"/>
              </w:rPr>
              <w:t>4</w:t>
            </w:r>
          </w:p>
        </w:tc>
        <w:tc>
          <w:tcPr>
            <w:tcW w:type="dxa" w:w="794"/>
          </w:tcPr>
          <w:p>
            <w:pPr>
              <w:keepNext/>
              <w:jc w:val="center"/>
            </w:pPr>
            <w:r>
              <w:rPr>
                <w:sz w:val="22"/>
              </w:rPr>
              <w:t>5</w:t>
            </w:r>
          </w:p>
        </w:tc>
        <w:tc>
          <w:tcPr>
            <w:tcW w:type="dxa" w:w="794"/>
          </w:tcPr>
          <w:p>
            <w:pPr>
              <w:keepNext/>
              <w:jc w:val="center"/>
            </w:pPr>
            <w:r>
              <w:rPr>
                <w:sz w:val="22"/>
              </w:rPr>
              <w:t>9</w:t>
            </w:r>
          </w:p>
        </w:tc>
        <w:tc>
          <w:tcPr>
            <w:tcW w:type="dxa" w:w="907"/>
          </w:tcPr>
          <w:p>
            <w:pPr>
              <w:keepNext/>
              <w:jc w:val="center"/>
            </w:pPr>
            <w:r>
              <w:rPr>
                <w:sz w:val="22"/>
              </w:rPr>
              <w:t>20</w:t>
            </w:r>
          </w:p>
        </w:tc>
      </w:tr>
      <w:tr>
        <w:trPr>
          <w:trHeight w:val="369"/>
          <w:cantSplit/>
        </w:trPr>
        <w:tc>
          <w:tcPr>
            <w:tcW w:type="dxa" w:w="1134"/>
          </w:tcPr>
          <w:p>
            <w:pPr>
              <w:keepNext/>
              <w:jc w:val="center"/>
            </w:pPr>
            <w:r>
              <w:rPr>
                <w:b/>
                <w:sz w:val="22"/>
              </w:rPr>
              <w:t>Y</w:t>
            </w:r>
          </w:p>
        </w:tc>
        <w:tc>
          <w:tcPr>
            <w:tcW w:type="dxa" w:w="794"/>
          </w:tcPr>
          <w:p>
            <w:pPr>
              <w:keepNext/>
              <w:jc w:val="center"/>
            </w:pPr>
            <w:r>
              <w:rPr>
                <w:sz w:val="22"/>
              </w:rPr>
              <w:t>3</w:t>
            </w:r>
          </w:p>
        </w:tc>
        <w:tc>
          <w:tcPr>
            <w:tcW w:type="dxa" w:w="794"/>
          </w:tcPr>
          <w:p>
            <w:pPr>
              <w:keepNext/>
              <w:jc w:val="center"/>
            </w:pPr>
            <w:r>
              <w:rPr>
                <w:sz w:val="22"/>
              </w:rPr>
              <w:t>8</w:t>
            </w:r>
          </w:p>
        </w:tc>
        <w:tc>
          <w:tcPr>
            <w:tcW w:type="dxa" w:w="794"/>
          </w:tcPr>
          <w:p>
            <w:pPr>
              <w:keepNext/>
              <w:jc w:val="center"/>
            </w:pPr>
            <w:r>
              <w:rPr>
                <w:sz w:val="22"/>
              </w:rPr>
              <w:t>7</w:t>
            </w:r>
          </w:p>
        </w:tc>
        <w:tc>
          <w:tcPr>
            <w:tcW w:type="dxa" w:w="907"/>
          </w:tcPr>
          <w:p>
            <w:pPr>
              <w:keepNext/>
              <w:jc w:val="center"/>
            </w:pPr>
            <w:r>
              <w:rPr>
                <w:sz w:val="22"/>
              </w:rPr>
              <w:t>35</w:t>
            </w:r>
          </w:p>
        </w:tc>
      </w:tr>
      <w:tr>
        <w:trPr>
          <w:trHeight w:val="369"/>
          <w:cantSplit/>
        </w:trPr>
        <w:tc>
          <w:tcPr>
            <w:tcW w:type="dxa" w:w="1134"/>
          </w:tcPr>
          <w:p>
            <w:pPr>
              <w:keepNext/>
              <w:jc w:val="center"/>
            </w:pPr>
            <w:r>
              <w:rPr>
                <w:b/>
                <w:sz w:val="22"/>
              </w:rPr>
              <w:t>Z</w:t>
            </w:r>
          </w:p>
        </w:tc>
        <w:tc>
          <w:tcPr>
            <w:tcW w:type="dxa" w:w="794"/>
          </w:tcPr>
          <w:p>
            <w:pPr>
              <w:keepNext/>
              <w:jc w:val="center"/>
            </w:pPr>
            <w:r>
              <w:rPr>
                <w:sz w:val="22"/>
              </w:rPr>
              <w:t>11</w:t>
            </w:r>
          </w:p>
        </w:tc>
        <w:tc>
          <w:tcPr>
            <w:tcW w:type="dxa" w:w="794"/>
          </w:tcPr>
          <w:p>
            <w:pPr>
              <w:keepNext/>
              <w:jc w:val="center"/>
            </w:pPr>
            <w:r>
              <w:rPr>
                <w:sz w:val="22"/>
              </w:rPr>
              <w:t>10</w:t>
            </w:r>
          </w:p>
        </w:tc>
        <w:tc>
          <w:tcPr>
            <w:tcW w:type="dxa" w:w="794"/>
          </w:tcPr>
          <w:p>
            <w:pPr>
              <w:keepNext/>
              <w:jc w:val="center"/>
            </w:pPr>
            <w:r>
              <w:rPr>
                <w:sz w:val="22"/>
              </w:rPr>
              <w:t>9</w:t>
            </w:r>
          </w:p>
        </w:tc>
        <w:tc>
          <w:tcPr>
            <w:tcW w:type="dxa" w:w="907"/>
          </w:tcPr>
          <w:p>
            <w:pPr>
              <w:keepNext/>
              <w:jc w:val="center"/>
            </w:pPr>
            <w:r>
              <w:rPr>
                <w:sz w:val="22"/>
              </w:rPr>
              <w:t>35</w:t>
            </w:r>
          </w:p>
        </w:tc>
      </w:tr>
      <w:tr>
        <w:trPr>
          <w:trHeight w:val="369"/>
          <w:cantSplit/>
        </w:trPr>
        <w:tc>
          <w:tcPr>
            <w:tcW w:type="dxa" w:w="1134"/>
          </w:tcPr>
          <w:p>
            <w:pPr>
              <w:jc w:val="center"/>
            </w:pPr>
            <w:r>
              <w:rPr>
                <w:b/>
                <w:sz w:val="22"/>
              </w:rPr>
              <w:t>Demand</w:t>
            </w:r>
          </w:p>
        </w:tc>
        <w:tc>
          <w:tcPr>
            <w:tcW w:type="dxa" w:w="794"/>
          </w:tcPr>
          <w:p>
            <w:pPr>
              <w:jc w:val="center"/>
            </w:pPr>
            <w:r>
              <w:rPr>
                <w:sz w:val="22"/>
              </w:rPr>
              <w:t>30</w:t>
            </w:r>
          </w:p>
        </w:tc>
        <w:tc>
          <w:tcPr>
            <w:tcW w:type="dxa" w:w="794"/>
          </w:tcPr>
          <w:p>
            <w:pPr>
              <w:jc w:val="center"/>
            </w:pPr>
            <w:r>
              <w:rPr>
                <w:sz w:val="22"/>
              </w:rPr>
              <w:t>40</w:t>
            </w:r>
          </w:p>
        </w:tc>
        <w:tc>
          <w:tcPr>
            <w:tcW w:type="dxa" w:w="794"/>
          </w:tcPr>
          <w:p>
            <w:pPr>
              <w:jc w:val="center"/>
            </w:pPr>
            <w:r>
              <w:rPr>
                <w:sz w:val="22"/>
              </w:rPr>
              <w:t>50</w:t>
            </w:r>
          </w:p>
        </w:tc>
        <w:tc>
          <w:tcPr>
            <w:tcW w:type="dxa" w:w="907"/>
          </w:tcPr>
          <w:p>
            <w:pPr>
              <w:jc w:val="center"/>
            </w:pPr>
            <w:r>
              <w:rPr>
                <w:sz w:val="22"/>
              </w:rPr>
              <w:t>120</w:t>
            </w:r>
          </w:p>
        </w:tc>
      </w:tr>
    </w:tbl>
    <w:p>
      <w:pPr>
        <w:jc w:val="both"/>
      </w:pPr>
    </w:p>
    <w:p>
      <w:pPr>
        <w:keepNext/>
        <w:ind w:left="720" w:hanging="357"/>
        <w:jc w:val="both"/>
      </w:pPr>
      <w:r>
        <w:t>a)</w:t>
        <w:tab/>
        <w:t>Demonstrate that the north-west corner method gives a degenerate solution and explain why it is degenerate.</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W</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30</w:t>
            </w:r>
          </w:p>
        </w:tc>
      </w:tr>
      <w:tr>
        <w:trPr>
          <w:trHeight w:val="369"/>
          <w:cantSplit/>
        </w:trPr>
        <w:tc>
          <w:tcPr>
            <w:tcW w:type="dxa" w:w="1134"/>
          </w:tcPr>
          <w:p>
            <w:pPr>
              <w:keepNext/>
              <w:jc w:val="center"/>
            </w:pPr>
            <w:r>
              <w:rPr>
                <w:b/>
                <w:sz w:val="22"/>
              </w:rPr>
              <w:t>X</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20</w:t>
            </w:r>
          </w:p>
        </w:tc>
      </w:tr>
      <w:tr>
        <w:trPr>
          <w:trHeight w:val="369"/>
          <w:cantSplit/>
        </w:trPr>
        <w:tc>
          <w:tcPr>
            <w:tcW w:type="dxa" w:w="1134"/>
          </w:tcPr>
          <w:p>
            <w:pPr>
              <w:keepNext/>
              <w:jc w:val="center"/>
            </w:pPr>
            <w:r>
              <w:rPr>
                <w:b/>
                <w:sz w:val="22"/>
              </w:rPr>
              <w:t>Y</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35</w:t>
            </w:r>
          </w:p>
        </w:tc>
      </w:tr>
      <w:tr>
        <w:trPr>
          <w:trHeight w:val="369"/>
          <w:cantSplit/>
        </w:trPr>
        <w:tc>
          <w:tcPr>
            <w:tcW w:type="dxa" w:w="1134"/>
          </w:tcPr>
          <w:p>
            <w:pPr>
              <w:keepNext/>
              <w:jc w:val="center"/>
            </w:pPr>
            <w:r>
              <w:rPr>
                <w:b/>
                <w:sz w:val="22"/>
              </w:rPr>
              <w:t>Z</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35</w:t>
            </w:r>
          </w:p>
        </w:tc>
      </w:tr>
      <w:tr>
        <w:trPr>
          <w:trHeight w:val="369"/>
          <w:cantSplit/>
        </w:trPr>
        <w:tc>
          <w:tcPr>
            <w:tcW w:type="dxa" w:w="1134"/>
          </w:tcPr>
          <w:p>
            <w:pPr>
              <w:jc w:val="center"/>
            </w:pPr>
            <w:r>
              <w:rPr>
                <w:b/>
                <w:sz w:val="22"/>
              </w:rPr>
              <w:t>Demand</w:t>
            </w:r>
          </w:p>
        </w:tc>
        <w:tc>
          <w:tcPr>
            <w:tcW w:type="dxa" w:w="794"/>
          </w:tcPr>
          <w:p>
            <w:pPr>
              <w:jc w:val="center"/>
            </w:pPr>
            <w:r>
              <w:rPr>
                <w:sz w:val="22"/>
              </w:rPr>
              <w:t>30</w:t>
            </w:r>
          </w:p>
        </w:tc>
        <w:tc>
          <w:tcPr>
            <w:tcW w:type="dxa" w:w="794"/>
          </w:tcPr>
          <w:p>
            <w:pPr>
              <w:jc w:val="center"/>
            </w:pPr>
            <w:r>
              <w:rPr>
                <w:sz w:val="22"/>
              </w:rPr>
              <w:t>40</w:t>
            </w:r>
          </w:p>
        </w:tc>
        <w:tc>
          <w:tcPr>
            <w:tcW w:type="dxa" w:w="794"/>
          </w:tcPr>
          <w:p>
            <w:pPr>
              <w:jc w:val="center"/>
            </w:pPr>
            <w:r>
              <w:rPr>
                <w:sz w:val="22"/>
              </w:rPr>
              <w:t>50</w:t>
            </w:r>
          </w:p>
        </w:tc>
        <w:tc>
          <w:tcPr>
            <w:tcW w:type="dxa" w:w="907"/>
          </w:tcPr>
          <w:p>
            <w:pPr>
              <w:jc w:val="center"/>
            </w:pPr>
            <w:r>
              <w:rPr>
                <w:sz w:val="22"/>
              </w:rPr>
              <w:t>120</w:t>
            </w:r>
          </w:p>
        </w:tc>
      </w:tr>
    </w:tbl>
    <w:p>
      <w:pPr>
        <w:jc w:val="both"/>
      </w:pPr>
    </w:p>
    <w:p>
      <w:pPr>
        <w:keepNext/>
        <w:jc w:val="both"/>
      </w:pPr>
    </w:p>
    <w:p>
      <w:pPr>
        <w:keepNext/>
        <w:jc w:val="both"/>
      </w:pPr>
    </w:p>
    <w:p>
      <w:pPr>
        <w:keepNext/>
        <w:jc w:val="both"/>
      </w:pPr>
    </w:p>
    <w:p>
      <w:pPr>
        <w:keepNext w:val="0"/>
        <w:jc w:val="both"/>
      </w:pPr>
    </w:p>
    <w:p>
      <w:pPr>
        <w:keepNext/>
        <w:ind w:left="720" w:hanging="357"/>
        <w:jc w:val="both"/>
      </w:pPr>
      <w:r>
        <w:t>b)</w:t>
        <w:tab/>
        <w:t>Adapt your solution to give a non-degenerate initial solution and state its cost.</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W</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30</w:t>
            </w:r>
          </w:p>
        </w:tc>
      </w:tr>
      <w:tr>
        <w:trPr>
          <w:trHeight w:val="369"/>
          <w:cantSplit/>
        </w:trPr>
        <w:tc>
          <w:tcPr>
            <w:tcW w:type="dxa" w:w="1134"/>
          </w:tcPr>
          <w:p>
            <w:pPr>
              <w:keepNext/>
              <w:jc w:val="center"/>
            </w:pPr>
            <w:r>
              <w:rPr>
                <w:b/>
                <w:sz w:val="22"/>
              </w:rPr>
              <w:t>X</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20</w:t>
            </w:r>
          </w:p>
        </w:tc>
      </w:tr>
      <w:tr>
        <w:trPr>
          <w:trHeight w:val="369"/>
          <w:cantSplit/>
        </w:trPr>
        <w:tc>
          <w:tcPr>
            <w:tcW w:type="dxa" w:w="1134"/>
          </w:tcPr>
          <w:p>
            <w:pPr>
              <w:keepNext/>
              <w:jc w:val="center"/>
            </w:pPr>
            <w:r>
              <w:rPr>
                <w:b/>
                <w:sz w:val="22"/>
              </w:rPr>
              <w:t>Y</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35</w:t>
            </w:r>
          </w:p>
        </w:tc>
      </w:tr>
      <w:tr>
        <w:trPr>
          <w:trHeight w:val="369"/>
          <w:cantSplit/>
        </w:trPr>
        <w:tc>
          <w:tcPr>
            <w:tcW w:type="dxa" w:w="1134"/>
          </w:tcPr>
          <w:p>
            <w:pPr>
              <w:keepNext/>
              <w:jc w:val="center"/>
            </w:pPr>
            <w:r>
              <w:rPr>
                <w:b/>
                <w:sz w:val="22"/>
              </w:rPr>
              <w:t>Z</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35</w:t>
            </w:r>
          </w:p>
        </w:tc>
      </w:tr>
      <w:tr>
        <w:trPr>
          <w:trHeight w:val="369"/>
          <w:cantSplit/>
        </w:trPr>
        <w:tc>
          <w:tcPr>
            <w:tcW w:type="dxa" w:w="1134"/>
          </w:tcPr>
          <w:p>
            <w:pPr>
              <w:jc w:val="center"/>
            </w:pPr>
            <w:r>
              <w:rPr>
                <w:b/>
                <w:sz w:val="22"/>
              </w:rPr>
              <w:t>Demand</w:t>
            </w:r>
          </w:p>
        </w:tc>
        <w:tc>
          <w:tcPr>
            <w:tcW w:type="dxa" w:w="794"/>
          </w:tcPr>
          <w:p>
            <w:pPr>
              <w:jc w:val="center"/>
            </w:pPr>
            <w:r>
              <w:rPr>
                <w:sz w:val="22"/>
              </w:rPr>
              <w:t>30</w:t>
            </w:r>
          </w:p>
        </w:tc>
        <w:tc>
          <w:tcPr>
            <w:tcW w:type="dxa" w:w="794"/>
          </w:tcPr>
          <w:p>
            <w:pPr>
              <w:jc w:val="center"/>
            </w:pPr>
            <w:r>
              <w:rPr>
                <w:sz w:val="22"/>
              </w:rPr>
              <w:t>40</w:t>
            </w:r>
          </w:p>
        </w:tc>
        <w:tc>
          <w:tcPr>
            <w:tcW w:type="dxa" w:w="794"/>
          </w:tcPr>
          <w:p>
            <w:pPr>
              <w:jc w:val="center"/>
            </w:pPr>
            <w:r>
              <w:rPr>
                <w:sz w:val="22"/>
              </w:rPr>
              <w:t>50</w:t>
            </w:r>
          </w:p>
        </w:tc>
        <w:tc>
          <w:tcPr>
            <w:tcW w:type="dxa" w:w="907"/>
          </w:tcPr>
          <w:p>
            <w:pPr>
              <w:jc w:val="center"/>
            </w:pPr>
            <w:r>
              <w:rPr>
                <w:sz w:val="22"/>
              </w:rPr>
              <w:t>120</w:t>
            </w:r>
          </w:p>
        </w:tc>
      </w:tr>
    </w:tbl>
    <w:p>
      <w:pPr>
        <w:jc w:val="both"/>
      </w:pPr>
    </w:p>
    <w:p>
      <w:pPr>
        <w:keepNext/>
        <w:jc w:val="both"/>
      </w:pPr>
    </w:p>
    <w:p>
      <w:pPr>
        <w:keepNext/>
        <w:jc w:val="both"/>
      </w:pPr>
    </w:p>
    <w:p>
      <w:pPr>
        <w:keepNext/>
        <w:jc w:val="both"/>
      </w:pPr>
    </w:p>
    <w:p>
      <w:pPr>
        <w:keepNext w:val="0"/>
        <w:jc w:val="both"/>
      </w:pPr>
    </w:p>
    <w:p>
      <w:pPr>
        <w:pageBreakBefore/>
        <w:jc w:val="center"/>
      </w:pPr>
      <w:r>
        <w:rPr>
          <w:b/>
          <w:sz w:val="32"/>
          <w:u w:val="single"/>
        </w:rPr>
        <w:t>1C Finding an Improved Solution</w:t>
      </w:r>
    </w:p>
    <w:p>
      <w:pPr>
        <w:keepNext/>
        <w:jc w:val="both"/>
      </w:pPr>
      <w:r>
        <w:t>To find an improved solution you need to:</w:t>
      </w:r>
    </w:p>
    <w:p>
      <w:pPr>
        <w:keepNext/>
        <w:jc w:val="both"/>
      </w:pPr>
    </w:p>
    <w:p>
      <w:pPr>
        <w:keepNext/>
        <w:jc w:val="both"/>
      </w:pPr>
    </w:p>
    <w:p>
      <w:pPr>
        <w:keepNext/>
        <w:jc w:val="both"/>
      </w:pPr>
    </w:p>
    <w:p>
      <w:pPr>
        <w:keepNext w:val="0"/>
        <w:jc w:val="both"/>
      </w:pPr>
    </w:p>
    <w:p>
      <w:pPr>
        <w:keepNext/>
        <w:jc w:val="both"/>
      </w:pPr>
      <w:r>
        <w:t>Shadow costs:</w:t>
      </w:r>
    </w:p>
    <w:p>
      <w:pPr>
        <w:keepNext/>
        <w:jc w:val="both"/>
      </w:pPr>
    </w:p>
    <w:p>
      <w:pPr>
        <w:keepNext/>
        <w:jc w:val="both"/>
      </w:pPr>
    </w:p>
    <w:p>
      <w:pPr>
        <w:keepNext w:val="0"/>
        <w:jc w:val="both"/>
      </w:pPr>
    </w:p>
    <w:p>
      <w:pPr>
        <w:keepNext/>
        <w:jc w:val="both"/>
      </w:pPr>
      <w:r>
        <w:t>For each used route from source P to destination Q:</w:t>
      </w:r>
    </w:p>
    <w:p>
      <w:pPr>
        <w:keepNext w:val="0"/>
        <w:jc w:val="both"/>
      </w:pPr>
    </w:p>
    <w:p>
      <w:pPr>
        <w:keepNext/>
        <w:jc w:val="both"/>
      </w:pPr>
      <w:r>
        <w:t>Finding the shadow costs (steps):</w:t>
      </w: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1.</w:t>
        <w:tab/>
        <w:t>Calculate the shadow costs given by the initial solution of the problem in Example 2 (1A question 2). The costs and the initial solution are shown below.</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180</w:t>
            </w:r>
          </w:p>
        </w:tc>
        <w:tc>
          <w:tcPr>
            <w:tcW w:type="dxa" w:w="794"/>
          </w:tcPr>
          <w:p>
            <w:pPr>
              <w:keepNext/>
              <w:jc w:val="center"/>
            </w:pPr>
            <w:r>
              <w:rPr>
                <w:sz w:val="22"/>
              </w:rPr>
              <w:t>110</w:t>
            </w:r>
          </w:p>
        </w:tc>
        <w:tc>
          <w:tcPr>
            <w:tcW w:type="dxa" w:w="794"/>
          </w:tcPr>
          <w:p>
            <w:pPr>
              <w:keepNext/>
              <w:jc w:val="center"/>
            </w:pPr>
            <w:r>
              <w:rPr>
                <w:sz w:val="22"/>
              </w:rPr>
              <w:t>130</w:t>
            </w:r>
          </w:p>
        </w:tc>
        <w:tc>
          <w:tcPr>
            <w:tcW w:type="dxa" w:w="794"/>
          </w:tcPr>
          <w:p>
            <w:pPr>
              <w:keepNext/>
              <w:jc w:val="center"/>
            </w:pPr>
            <w:r>
              <w:rPr>
                <w:sz w:val="22"/>
              </w:rPr>
              <w:t>290</w:t>
            </w: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190</w:t>
            </w:r>
          </w:p>
        </w:tc>
        <w:tc>
          <w:tcPr>
            <w:tcW w:type="dxa" w:w="794"/>
          </w:tcPr>
          <w:p>
            <w:pPr>
              <w:keepNext/>
              <w:jc w:val="center"/>
            </w:pPr>
            <w:r>
              <w:rPr>
                <w:sz w:val="22"/>
              </w:rPr>
              <w:t>250</w:t>
            </w:r>
          </w:p>
        </w:tc>
        <w:tc>
          <w:tcPr>
            <w:tcW w:type="dxa" w:w="794"/>
          </w:tcPr>
          <w:p>
            <w:pPr>
              <w:keepNext/>
              <w:jc w:val="center"/>
            </w:pPr>
            <w:r>
              <w:rPr>
                <w:sz w:val="22"/>
              </w:rPr>
              <w:t>150</w:t>
            </w:r>
          </w:p>
        </w:tc>
        <w:tc>
          <w:tcPr>
            <w:tcW w:type="dxa" w:w="794"/>
          </w:tcPr>
          <w:p>
            <w:pPr>
              <w:keepNext/>
              <w:jc w:val="center"/>
            </w:pPr>
            <w:r>
              <w:rPr>
                <w:sz w:val="22"/>
              </w:rPr>
              <w:t>280</w:t>
            </w: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r>
              <w:rPr>
                <w:sz w:val="22"/>
              </w:rPr>
              <w:t>240</w:t>
            </w:r>
          </w:p>
        </w:tc>
        <w:tc>
          <w:tcPr>
            <w:tcW w:type="dxa" w:w="794"/>
          </w:tcPr>
          <w:p>
            <w:pPr>
              <w:keepNext/>
              <w:jc w:val="center"/>
            </w:pPr>
            <w:r>
              <w:rPr>
                <w:sz w:val="22"/>
              </w:rPr>
              <w:t>270</w:t>
            </w:r>
          </w:p>
        </w:tc>
        <w:tc>
          <w:tcPr>
            <w:tcW w:type="dxa" w:w="794"/>
          </w:tcPr>
          <w:p>
            <w:pPr>
              <w:keepNext/>
              <w:jc w:val="center"/>
            </w:pPr>
            <w:r>
              <w:rPr>
                <w:sz w:val="22"/>
              </w:rPr>
              <w:t>190</w:t>
            </w:r>
          </w:p>
        </w:tc>
        <w:tc>
          <w:tcPr>
            <w:tcW w:type="dxa" w:w="794"/>
          </w:tcPr>
          <w:p>
            <w:pPr>
              <w:keepNext/>
              <w:jc w:val="center"/>
            </w:pPr>
            <w:r>
              <w:rPr>
                <w:sz w:val="22"/>
              </w:rPr>
              <w:t>120</w:t>
            </w: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11</w:t>
            </w:r>
          </w:p>
        </w:tc>
        <w:tc>
          <w:tcPr>
            <w:tcW w:type="dxa" w:w="794"/>
          </w:tcPr>
          <w:p>
            <w:pPr>
              <w:keepNext/>
              <w:jc w:val="center"/>
            </w:pPr>
            <w:r>
              <w:rPr>
                <w:sz w:val="22"/>
              </w:rPr>
              <w:t>3</w:t>
            </w: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r>
              <w:rPr>
                <w:sz w:val="22"/>
              </w:rPr>
              <w:t>12</w:t>
            </w:r>
          </w:p>
        </w:tc>
        <w:tc>
          <w:tcPr>
            <w:tcW w:type="dxa" w:w="794"/>
          </w:tcPr>
          <w:p>
            <w:pPr>
              <w:keepNext/>
              <w:jc w:val="center"/>
            </w:pPr>
            <w:r>
              <w:rPr>
                <w:sz w:val="22"/>
              </w:rPr>
              <w:t>4</w:t>
            </w:r>
          </w:p>
        </w:tc>
        <w:tc>
          <w:tcPr>
            <w:tcW w:type="dxa" w:w="794"/>
          </w:tcPr>
          <w:p>
            <w:pPr>
              <w:keepNext/>
              <w:jc w:val="center"/>
            </w:pP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r>
              <w:rPr>
                <w:sz w:val="22"/>
              </w:rPr>
              <w:t>10</w:t>
            </w:r>
          </w:p>
        </w:tc>
        <w:tc>
          <w:tcPr>
            <w:tcW w:type="dxa" w:w="794"/>
          </w:tcPr>
          <w:p>
            <w:pPr>
              <w:keepNext/>
              <w:jc w:val="center"/>
            </w:pPr>
            <w:r>
              <w:rPr>
                <w:sz w:val="22"/>
              </w:rPr>
              <w:t>10</w:t>
            </w: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ind w:left="357"/>
        <w:jc w:val="both"/>
      </w:pPr>
      <w:r>
        <w:t>Shadow costs (write the costs of the used routes in the grid first)</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2.</w:t>
        <w:tab/>
        <w:t>Calculate the shadow costs given by the initial solution of the problem in Example 3 (1B question 1), shown in the tables below.</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794"/>
          </w:tcPr>
          <w:p>
            <w:pPr>
              <w:keepNext/>
              <w:jc w:val="center"/>
            </w:pPr>
            <w:r>
              <w:rPr>
                <w:b/>
                <w:sz w:val="22"/>
              </w:rPr>
              <w:t>D</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X</w:t>
            </w:r>
          </w:p>
        </w:tc>
        <w:tc>
          <w:tcPr>
            <w:tcW w:type="dxa" w:w="794"/>
          </w:tcPr>
          <w:p>
            <w:pPr>
              <w:keepNext/>
              <w:jc w:val="center"/>
            </w:pPr>
            <w:r>
              <w:rPr>
                <w:sz w:val="22"/>
              </w:rPr>
              <w:t>9</w:t>
            </w:r>
          </w:p>
        </w:tc>
        <w:tc>
          <w:tcPr>
            <w:tcW w:type="dxa" w:w="794"/>
          </w:tcPr>
          <w:p>
            <w:pPr>
              <w:keepNext/>
              <w:jc w:val="center"/>
            </w:pPr>
            <w:r>
              <w:rPr>
                <w:sz w:val="22"/>
              </w:rPr>
              <w:t>11</w:t>
            </w:r>
          </w:p>
        </w:tc>
        <w:tc>
          <w:tcPr>
            <w:tcW w:type="dxa" w:w="794"/>
          </w:tcPr>
          <w:p>
            <w:pPr>
              <w:keepNext/>
              <w:jc w:val="center"/>
            </w:pPr>
            <w:r>
              <w:rPr>
                <w:sz w:val="22"/>
              </w:rPr>
              <w:t>10</w:t>
            </w:r>
          </w:p>
        </w:tc>
        <w:tc>
          <w:tcPr>
            <w:tcW w:type="dxa" w:w="794"/>
          </w:tcPr>
          <w:p>
            <w:pPr>
              <w:keepNext/>
              <w:jc w:val="center"/>
            </w:pPr>
            <w:r>
              <w:rPr>
                <w:sz w:val="22"/>
              </w:rPr>
              <w:t>0</w:t>
            </w:r>
          </w:p>
        </w:tc>
        <w:tc>
          <w:tcPr>
            <w:tcW w:type="dxa" w:w="907"/>
          </w:tcPr>
          <w:p>
            <w:pPr>
              <w:keepNext/>
              <w:jc w:val="center"/>
            </w:pPr>
            <w:r>
              <w:rPr>
                <w:sz w:val="22"/>
              </w:rPr>
              <w:t>40</w:t>
            </w:r>
          </w:p>
        </w:tc>
      </w:tr>
      <w:tr>
        <w:trPr>
          <w:trHeight w:val="369"/>
          <w:cantSplit/>
        </w:trPr>
        <w:tc>
          <w:tcPr>
            <w:tcW w:type="dxa" w:w="1134"/>
          </w:tcPr>
          <w:p>
            <w:pPr>
              <w:keepNext/>
              <w:jc w:val="center"/>
            </w:pPr>
            <w:r>
              <w:rPr>
                <w:b/>
                <w:sz w:val="22"/>
              </w:rPr>
              <w:t>Y</w:t>
            </w:r>
          </w:p>
        </w:tc>
        <w:tc>
          <w:tcPr>
            <w:tcW w:type="dxa" w:w="794"/>
          </w:tcPr>
          <w:p>
            <w:pPr>
              <w:keepNext/>
              <w:jc w:val="center"/>
            </w:pPr>
            <w:r>
              <w:rPr>
                <w:sz w:val="22"/>
              </w:rPr>
              <w:t>10</w:t>
            </w:r>
          </w:p>
        </w:tc>
        <w:tc>
          <w:tcPr>
            <w:tcW w:type="dxa" w:w="794"/>
          </w:tcPr>
          <w:p>
            <w:pPr>
              <w:keepNext/>
              <w:jc w:val="center"/>
            </w:pPr>
            <w:r>
              <w:rPr>
                <w:sz w:val="22"/>
              </w:rPr>
              <w:t>8</w:t>
            </w:r>
          </w:p>
        </w:tc>
        <w:tc>
          <w:tcPr>
            <w:tcW w:type="dxa" w:w="794"/>
          </w:tcPr>
          <w:p>
            <w:pPr>
              <w:keepNext/>
              <w:jc w:val="center"/>
            </w:pPr>
            <w:r>
              <w:rPr>
                <w:sz w:val="22"/>
              </w:rPr>
              <w:t>12</w:t>
            </w:r>
          </w:p>
        </w:tc>
        <w:tc>
          <w:tcPr>
            <w:tcW w:type="dxa" w:w="794"/>
          </w:tcPr>
          <w:p>
            <w:pPr>
              <w:keepNext/>
              <w:jc w:val="center"/>
            </w:pPr>
            <w:r>
              <w:rPr>
                <w:sz w:val="22"/>
              </w:rPr>
              <w:t>0</w:t>
            </w:r>
          </w:p>
        </w:tc>
        <w:tc>
          <w:tcPr>
            <w:tcW w:type="dxa" w:w="907"/>
          </w:tcPr>
          <w:p>
            <w:pPr>
              <w:keepNext/>
              <w:jc w:val="center"/>
            </w:pPr>
            <w:r>
              <w:rPr>
                <w:sz w:val="22"/>
              </w:rPr>
              <w:t>60</w:t>
            </w:r>
          </w:p>
        </w:tc>
      </w:tr>
      <w:tr>
        <w:trPr>
          <w:trHeight w:val="369"/>
          <w:cantSplit/>
        </w:trPr>
        <w:tc>
          <w:tcPr>
            <w:tcW w:type="dxa" w:w="1134"/>
          </w:tcPr>
          <w:p>
            <w:pPr>
              <w:keepNext/>
              <w:jc w:val="center"/>
            </w:pPr>
            <w:r>
              <w:rPr>
                <w:b/>
                <w:sz w:val="22"/>
              </w:rPr>
              <w:t>Z</w:t>
            </w:r>
          </w:p>
        </w:tc>
        <w:tc>
          <w:tcPr>
            <w:tcW w:type="dxa" w:w="794"/>
          </w:tcPr>
          <w:p>
            <w:pPr>
              <w:keepNext/>
              <w:jc w:val="center"/>
            </w:pPr>
            <w:r>
              <w:rPr>
                <w:sz w:val="22"/>
              </w:rPr>
              <w:t>12</w:t>
            </w:r>
          </w:p>
        </w:tc>
        <w:tc>
          <w:tcPr>
            <w:tcW w:type="dxa" w:w="794"/>
          </w:tcPr>
          <w:p>
            <w:pPr>
              <w:keepNext/>
              <w:jc w:val="center"/>
            </w:pPr>
            <w:r>
              <w:rPr>
                <w:sz w:val="22"/>
              </w:rPr>
              <w:t>7</w:t>
            </w:r>
          </w:p>
        </w:tc>
        <w:tc>
          <w:tcPr>
            <w:tcW w:type="dxa" w:w="794"/>
          </w:tcPr>
          <w:p>
            <w:pPr>
              <w:keepNext/>
              <w:jc w:val="center"/>
            </w:pPr>
            <w:r>
              <w:rPr>
                <w:sz w:val="22"/>
              </w:rPr>
              <w:t>8</w:t>
            </w:r>
          </w:p>
        </w:tc>
        <w:tc>
          <w:tcPr>
            <w:tcW w:type="dxa" w:w="794"/>
          </w:tcPr>
          <w:p>
            <w:pPr>
              <w:keepNext/>
              <w:jc w:val="center"/>
            </w:pPr>
            <w:r>
              <w:rPr>
                <w:sz w:val="22"/>
              </w:rPr>
              <w:t>0</w:t>
            </w:r>
          </w:p>
        </w:tc>
        <w:tc>
          <w:tcPr>
            <w:tcW w:type="dxa" w:w="907"/>
          </w:tcPr>
          <w:p>
            <w:pPr>
              <w:keepNext/>
              <w:jc w:val="center"/>
            </w:pPr>
            <w:r>
              <w:rPr>
                <w:sz w:val="22"/>
              </w:rPr>
              <w:t>50</w:t>
            </w:r>
          </w:p>
        </w:tc>
      </w:tr>
      <w:tr>
        <w:trPr>
          <w:trHeight w:val="369"/>
          <w:cantSplit/>
        </w:trPr>
        <w:tc>
          <w:tcPr>
            <w:tcW w:type="dxa" w:w="1134"/>
          </w:tcPr>
          <w:p>
            <w:pPr>
              <w:jc w:val="center"/>
            </w:pPr>
            <w:r>
              <w:rPr>
                <w:b/>
                <w:sz w:val="22"/>
              </w:rPr>
              <w:t>Demand</w:t>
            </w:r>
          </w:p>
        </w:tc>
        <w:tc>
          <w:tcPr>
            <w:tcW w:type="dxa" w:w="794"/>
          </w:tcPr>
          <w:p>
            <w:pPr>
              <w:jc w:val="center"/>
            </w:pPr>
            <w:r>
              <w:rPr>
                <w:sz w:val="22"/>
              </w:rPr>
              <w:t>50</w:t>
            </w:r>
          </w:p>
        </w:tc>
        <w:tc>
          <w:tcPr>
            <w:tcW w:type="dxa" w:w="794"/>
          </w:tcPr>
          <w:p>
            <w:pPr>
              <w:jc w:val="center"/>
            </w:pPr>
            <w:r>
              <w:rPr>
                <w:sz w:val="22"/>
              </w:rPr>
              <w:t>40</w:t>
            </w:r>
          </w:p>
        </w:tc>
        <w:tc>
          <w:tcPr>
            <w:tcW w:type="dxa" w:w="794"/>
          </w:tcPr>
          <w:p>
            <w:pPr>
              <w:jc w:val="center"/>
            </w:pPr>
            <w:r>
              <w:rPr>
                <w:sz w:val="22"/>
              </w:rPr>
              <w:t>30</w:t>
            </w:r>
          </w:p>
        </w:tc>
        <w:tc>
          <w:tcPr>
            <w:tcW w:type="dxa" w:w="794"/>
          </w:tcPr>
          <w:p>
            <w:pPr>
              <w:jc w:val="center"/>
            </w:pPr>
            <w:r>
              <w:rPr>
                <w:sz w:val="22"/>
              </w:rPr>
              <w:t>30</w:t>
            </w:r>
          </w:p>
        </w:tc>
        <w:tc>
          <w:tcPr>
            <w:tcW w:type="dxa" w:w="907"/>
          </w:tcPr>
          <w:p>
            <w:pPr>
              <w:jc w:val="center"/>
            </w:pPr>
            <w:r>
              <w:rPr>
                <w:sz w:val="22"/>
              </w:rPr>
              <w:t>150</w:t>
            </w: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794"/>
          </w:tcPr>
          <w:p>
            <w:pPr>
              <w:keepNext/>
              <w:jc w:val="center"/>
            </w:pPr>
            <w:r>
              <w:rPr>
                <w:b/>
                <w:sz w:val="22"/>
              </w:rPr>
              <w:t>D</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X</w:t>
            </w:r>
          </w:p>
        </w:tc>
        <w:tc>
          <w:tcPr>
            <w:tcW w:type="dxa" w:w="794"/>
          </w:tcPr>
          <w:p>
            <w:pPr>
              <w:keepNext/>
              <w:jc w:val="center"/>
            </w:pPr>
            <w:r>
              <w:rPr>
                <w:sz w:val="22"/>
              </w:rPr>
              <w:t>40</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40</w:t>
            </w:r>
          </w:p>
        </w:tc>
      </w:tr>
      <w:tr>
        <w:trPr>
          <w:trHeight w:val="369"/>
          <w:cantSplit/>
        </w:trPr>
        <w:tc>
          <w:tcPr>
            <w:tcW w:type="dxa" w:w="1134"/>
          </w:tcPr>
          <w:p>
            <w:pPr>
              <w:keepNext/>
              <w:jc w:val="center"/>
            </w:pPr>
            <w:r>
              <w:rPr>
                <w:b/>
                <w:sz w:val="22"/>
              </w:rPr>
              <w:t>Y</w:t>
            </w:r>
          </w:p>
        </w:tc>
        <w:tc>
          <w:tcPr>
            <w:tcW w:type="dxa" w:w="794"/>
          </w:tcPr>
          <w:p>
            <w:pPr>
              <w:keepNext/>
              <w:jc w:val="center"/>
            </w:pPr>
            <w:r>
              <w:rPr>
                <w:sz w:val="22"/>
              </w:rPr>
              <w:t>10</w:t>
            </w:r>
          </w:p>
        </w:tc>
        <w:tc>
          <w:tcPr>
            <w:tcW w:type="dxa" w:w="794"/>
          </w:tcPr>
          <w:p>
            <w:pPr>
              <w:keepNext/>
              <w:jc w:val="center"/>
            </w:pPr>
            <w:r>
              <w:rPr>
                <w:sz w:val="22"/>
              </w:rPr>
              <w:t>40</w:t>
            </w:r>
          </w:p>
        </w:tc>
        <w:tc>
          <w:tcPr>
            <w:tcW w:type="dxa" w:w="794"/>
          </w:tcPr>
          <w:p>
            <w:pPr>
              <w:keepNext/>
              <w:jc w:val="center"/>
            </w:pPr>
            <w:r>
              <w:rPr>
                <w:sz w:val="22"/>
              </w:rPr>
              <w:t>10</w:t>
            </w:r>
          </w:p>
        </w:tc>
        <w:tc>
          <w:tcPr>
            <w:tcW w:type="dxa" w:w="794"/>
          </w:tcPr>
          <w:p>
            <w:pPr>
              <w:keepNext/>
              <w:jc w:val="center"/>
            </w:pPr>
          </w:p>
        </w:tc>
        <w:tc>
          <w:tcPr>
            <w:tcW w:type="dxa" w:w="907"/>
          </w:tcPr>
          <w:p>
            <w:pPr>
              <w:keepNext/>
              <w:jc w:val="center"/>
            </w:pPr>
            <w:r>
              <w:rPr>
                <w:sz w:val="22"/>
              </w:rPr>
              <w:t>60</w:t>
            </w:r>
          </w:p>
        </w:tc>
      </w:tr>
      <w:tr>
        <w:trPr>
          <w:trHeight w:val="369"/>
          <w:cantSplit/>
        </w:trPr>
        <w:tc>
          <w:tcPr>
            <w:tcW w:type="dxa" w:w="1134"/>
          </w:tcPr>
          <w:p>
            <w:pPr>
              <w:keepNext/>
              <w:jc w:val="center"/>
            </w:pPr>
            <w:r>
              <w:rPr>
                <w:b/>
                <w:sz w:val="22"/>
              </w:rPr>
              <w:t>Z</w:t>
            </w:r>
          </w:p>
        </w:tc>
        <w:tc>
          <w:tcPr>
            <w:tcW w:type="dxa" w:w="794"/>
          </w:tcPr>
          <w:p>
            <w:pPr>
              <w:keepNext/>
              <w:jc w:val="center"/>
            </w:pPr>
          </w:p>
        </w:tc>
        <w:tc>
          <w:tcPr>
            <w:tcW w:type="dxa" w:w="794"/>
          </w:tcPr>
          <w:p>
            <w:pPr>
              <w:keepNext/>
              <w:jc w:val="center"/>
            </w:pPr>
          </w:p>
        </w:tc>
        <w:tc>
          <w:tcPr>
            <w:tcW w:type="dxa" w:w="794"/>
          </w:tcPr>
          <w:p>
            <w:pPr>
              <w:keepNext/>
              <w:jc w:val="center"/>
            </w:pPr>
            <w:r>
              <w:rPr>
                <w:sz w:val="22"/>
              </w:rPr>
              <w:t>20</w:t>
            </w:r>
          </w:p>
        </w:tc>
        <w:tc>
          <w:tcPr>
            <w:tcW w:type="dxa" w:w="794"/>
          </w:tcPr>
          <w:p>
            <w:pPr>
              <w:keepNext/>
              <w:jc w:val="center"/>
            </w:pPr>
            <w:r>
              <w:rPr>
                <w:sz w:val="22"/>
              </w:rPr>
              <w:t>30</w:t>
            </w:r>
          </w:p>
        </w:tc>
        <w:tc>
          <w:tcPr>
            <w:tcW w:type="dxa" w:w="907"/>
          </w:tcPr>
          <w:p>
            <w:pPr>
              <w:keepNext/>
              <w:jc w:val="center"/>
            </w:pPr>
            <w:r>
              <w:rPr>
                <w:sz w:val="22"/>
              </w:rPr>
              <w:t>50</w:t>
            </w:r>
          </w:p>
        </w:tc>
      </w:tr>
      <w:tr>
        <w:trPr>
          <w:trHeight w:val="369"/>
          <w:cantSplit/>
        </w:trPr>
        <w:tc>
          <w:tcPr>
            <w:tcW w:type="dxa" w:w="1134"/>
          </w:tcPr>
          <w:p>
            <w:pPr>
              <w:jc w:val="center"/>
            </w:pPr>
            <w:r>
              <w:rPr>
                <w:b/>
                <w:sz w:val="22"/>
              </w:rPr>
              <w:t>Demand</w:t>
            </w:r>
          </w:p>
        </w:tc>
        <w:tc>
          <w:tcPr>
            <w:tcW w:type="dxa" w:w="794"/>
          </w:tcPr>
          <w:p>
            <w:pPr>
              <w:jc w:val="center"/>
            </w:pPr>
            <w:r>
              <w:rPr>
                <w:sz w:val="22"/>
              </w:rPr>
              <w:t>50</w:t>
            </w:r>
          </w:p>
        </w:tc>
        <w:tc>
          <w:tcPr>
            <w:tcW w:type="dxa" w:w="794"/>
          </w:tcPr>
          <w:p>
            <w:pPr>
              <w:jc w:val="center"/>
            </w:pPr>
            <w:r>
              <w:rPr>
                <w:sz w:val="22"/>
              </w:rPr>
              <w:t>40</w:t>
            </w:r>
          </w:p>
        </w:tc>
        <w:tc>
          <w:tcPr>
            <w:tcW w:type="dxa" w:w="794"/>
          </w:tcPr>
          <w:p>
            <w:pPr>
              <w:jc w:val="center"/>
            </w:pPr>
            <w:r>
              <w:rPr>
                <w:sz w:val="22"/>
              </w:rPr>
              <w:t>30</w:t>
            </w:r>
          </w:p>
        </w:tc>
        <w:tc>
          <w:tcPr>
            <w:tcW w:type="dxa" w:w="794"/>
          </w:tcPr>
          <w:p>
            <w:pPr>
              <w:jc w:val="center"/>
            </w:pPr>
            <w:r>
              <w:rPr>
                <w:sz w:val="22"/>
              </w:rPr>
              <w:t>30</w:t>
            </w:r>
          </w:p>
        </w:tc>
        <w:tc>
          <w:tcPr>
            <w:tcW w:type="dxa" w:w="907"/>
          </w:tcPr>
          <w:p>
            <w:pPr>
              <w:jc w:val="center"/>
            </w:pPr>
            <w:r>
              <w:rPr>
                <w:sz w:val="22"/>
              </w:rPr>
              <w:t>150</w:t>
            </w: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A</w:t>
            </w:r>
          </w:p>
        </w:tc>
        <w:tc>
          <w:tcPr>
            <w:tcW w:type="dxa" w:w="794"/>
          </w:tcPr>
          <w:p>
            <w:pPr>
              <w:keepNext/>
              <w:jc w:val="center"/>
            </w:pPr>
            <w:r>
              <w:rPr>
                <w:b/>
                <w:sz w:val="22"/>
              </w:rPr>
              <w:t>B</w:t>
            </w:r>
          </w:p>
        </w:tc>
        <w:tc>
          <w:tcPr>
            <w:tcW w:type="dxa" w:w="794"/>
          </w:tcPr>
          <w:p>
            <w:pPr>
              <w:keepNext/>
              <w:jc w:val="center"/>
            </w:pPr>
            <w:r>
              <w:rPr>
                <w:b/>
                <w:sz w:val="22"/>
              </w:rPr>
              <w:t>C</w:t>
            </w:r>
          </w:p>
        </w:tc>
        <w:tc>
          <w:tcPr>
            <w:tcW w:type="dxa" w:w="794"/>
          </w:tcPr>
          <w:p>
            <w:pPr>
              <w:keepNext/>
              <w:jc w:val="center"/>
            </w:pPr>
            <w:r>
              <w:rPr>
                <w:b/>
                <w:sz w:val="22"/>
              </w:rPr>
              <w:t>D</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X</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Y</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Z</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jc w:val="both"/>
      </w:pPr>
    </w:p>
    <w:p>
      <w:pPr>
        <w:keepNext/>
        <w:jc w:val="both"/>
      </w:pPr>
    </w:p>
    <w:p>
      <w:pPr>
        <w:keepNext/>
        <w:jc w:val="both"/>
      </w:pPr>
    </w:p>
    <w:p>
      <w:pPr>
        <w:keepNext/>
        <w:jc w:val="both"/>
      </w:pPr>
    </w:p>
    <w:p>
      <w:pPr>
        <w:keepNext w:val="0"/>
        <w:jc w:val="both"/>
      </w:pPr>
    </w:p>
    <w:p>
      <w:pPr>
        <w:keepNext/>
        <w:jc w:val="both"/>
      </w:pPr>
      <w:r>
        <w:t>Improvement index for the route PQ:</w:t>
      </w:r>
    </w:p>
    <w:p>
      <w:pPr>
        <w:keepNext/>
        <w:jc w:val="both"/>
      </w:pPr>
    </w:p>
    <w:p>
      <w:pPr>
        <w:keepNext w:val="0"/>
        <w:jc w:val="both"/>
      </w:pPr>
    </w:p>
    <w:p>
      <w:pPr>
        <w:keepNext/>
        <w:jc w:val="both"/>
      </w:pPr>
      <w:r>
        <w:t>Entering cell:</w:t>
      </w:r>
    </w:p>
    <w:p>
      <w:pPr>
        <w:keepNext/>
        <w:jc w:val="both"/>
      </w:pPr>
    </w:p>
    <w:p>
      <w:pPr>
        <w:keepNext w:val="0"/>
        <w:jc w:val="both"/>
      </w:pPr>
    </w:p>
    <w:p>
      <w:pPr>
        <w:keepNext/>
        <w:jc w:val="both"/>
      </w:pPr>
      <w:r>
        <w:t>If two cells tie:</w:t>
      </w:r>
    </w:p>
    <w:p>
      <w:pPr>
        <w:keepNext w:val="0"/>
        <w:jc w:val="both"/>
      </w:pPr>
    </w:p>
    <w:p>
      <w:pPr>
        <w:keepNext/>
        <w:jc w:val="both"/>
      </w:pPr>
      <w:r>
        <w:t>When is a solution optimal?</w:t>
      </w:r>
    </w:p>
    <w:p>
      <w:pPr>
        <w:keepNext w:val="0"/>
        <w:jc w:val="both"/>
      </w:pPr>
    </w:p>
    <w:p>
      <w:pPr>
        <w:keepNext/>
        <w:ind w:left="357" w:hanging="357"/>
        <w:jc w:val="both"/>
      </w:pPr>
      <w:r>
        <w:t>3.</w:t>
        <w:tab/>
        <w:t>Use the shadow costs found in question 1, shown in the table below, to calculate improvement indices, and use these to identify the entering cell.</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180</w:t>
            </w:r>
          </w:p>
        </w:tc>
        <w:tc>
          <w:tcPr>
            <w:tcW w:type="dxa" w:w="794"/>
          </w:tcPr>
          <w:p>
            <w:pPr>
              <w:keepNext/>
              <w:jc w:val="center"/>
            </w:pPr>
            <w:r>
              <w:rPr>
                <w:sz w:val="22"/>
              </w:rPr>
              <w:t>110</w:t>
            </w:r>
          </w:p>
        </w:tc>
        <w:tc>
          <w:tcPr>
            <w:tcW w:type="dxa" w:w="794"/>
          </w:tcPr>
          <w:p>
            <w:pPr>
              <w:keepNext/>
              <w:jc w:val="center"/>
            </w:pPr>
            <w:r>
              <w:rPr>
                <w:sz w:val="22"/>
              </w:rPr>
              <w:t>130</w:t>
            </w:r>
          </w:p>
        </w:tc>
        <w:tc>
          <w:tcPr>
            <w:tcW w:type="dxa" w:w="794"/>
          </w:tcPr>
          <w:p>
            <w:pPr>
              <w:keepNext/>
              <w:jc w:val="center"/>
            </w:pPr>
            <w:r>
              <w:rPr>
                <w:sz w:val="22"/>
              </w:rPr>
              <w:t>290</w:t>
            </w:r>
          </w:p>
        </w:tc>
        <w:tc>
          <w:tcPr>
            <w:tcW w:type="dxa" w:w="907"/>
          </w:tcPr>
          <w:p>
            <w:pPr>
              <w:keepNext/>
              <w:jc w:val="center"/>
            </w:pPr>
            <w:r>
              <w:rPr>
                <w:sz w:val="22"/>
              </w:rPr>
              <w:t>0</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190</w:t>
            </w:r>
          </w:p>
        </w:tc>
        <w:tc>
          <w:tcPr>
            <w:tcW w:type="dxa" w:w="794"/>
          </w:tcPr>
          <w:p>
            <w:pPr>
              <w:keepNext/>
              <w:jc w:val="center"/>
            </w:pPr>
            <w:r>
              <w:rPr>
                <w:sz w:val="22"/>
              </w:rPr>
              <w:t>250</w:t>
            </w:r>
          </w:p>
        </w:tc>
        <w:tc>
          <w:tcPr>
            <w:tcW w:type="dxa" w:w="794"/>
          </w:tcPr>
          <w:p>
            <w:pPr>
              <w:keepNext/>
              <w:jc w:val="center"/>
            </w:pPr>
            <w:r>
              <w:rPr>
                <w:sz w:val="22"/>
              </w:rPr>
              <w:t>150</w:t>
            </w:r>
          </w:p>
        </w:tc>
        <w:tc>
          <w:tcPr>
            <w:tcW w:type="dxa" w:w="794"/>
          </w:tcPr>
          <w:p>
            <w:pPr>
              <w:keepNext/>
              <w:jc w:val="center"/>
            </w:pPr>
            <w:r>
              <w:rPr>
                <w:sz w:val="22"/>
              </w:rPr>
              <w:t>280</w:t>
            </w:r>
          </w:p>
        </w:tc>
        <w:tc>
          <w:tcPr>
            <w:tcW w:type="dxa" w:w="907"/>
          </w:tcPr>
          <w:p>
            <w:pPr>
              <w:keepNext/>
              <w:jc w:val="center"/>
            </w:pPr>
            <w:r>
              <w:rPr>
                <w:sz w:val="22"/>
              </w:rPr>
              <w:t>140</w:t>
            </w:r>
          </w:p>
        </w:tc>
      </w:tr>
      <w:tr>
        <w:trPr>
          <w:trHeight w:val="369"/>
          <w:cantSplit/>
        </w:trPr>
        <w:tc>
          <w:tcPr>
            <w:tcW w:type="dxa" w:w="1134"/>
          </w:tcPr>
          <w:p>
            <w:pPr>
              <w:keepNext/>
              <w:jc w:val="center"/>
            </w:pPr>
            <w:r>
              <w:rPr>
                <w:b/>
                <w:sz w:val="22"/>
              </w:rPr>
              <w:t>C</w:t>
            </w:r>
          </w:p>
        </w:tc>
        <w:tc>
          <w:tcPr>
            <w:tcW w:type="dxa" w:w="794"/>
          </w:tcPr>
          <w:p>
            <w:pPr>
              <w:keepNext/>
              <w:jc w:val="center"/>
            </w:pPr>
            <w:r>
              <w:rPr>
                <w:sz w:val="22"/>
              </w:rPr>
              <w:t>240</w:t>
            </w:r>
          </w:p>
        </w:tc>
        <w:tc>
          <w:tcPr>
            <w:tcW w:type="dxa" w:w="794"/>
          </w:tcPr>
          <w:p>
            <w:pPr>
              <w:keepNext/>
              <w:jc w:val="center"/>
            </w:pPr>
            <w:r>
              <w:rPr>
                <w:sz w:val="22"/>
              </w:rPr>
              <w:t>270</w:t>
            </w:r>
          </w:p>
        </w:tc>
        <w:tc>
          <w:tcPr>
            <w:tcW w:type="dxa" w:w="794"/>
          </w:tcPr>
          <w:p>
            <w:pPr>
              <w:keepNext/>
              <w:jc w:val="center"/>
            </w:pPr>
            <w:r>
              <w:rPr>
                <w:sz w:val="22"/>
              </w:rPr>
              <w:t>190</w:t>
            </w:r>
          </w:p>
        </w:tc>
        <w:tc>
          <w:tcPr>
            <w:tcW w:type="dxa" w:w="794"/>
          </w:tcPr>
          <w:p>
            <w:pPr>
              <w:keepNext/>
              <w:jc w:val="center"/>
            </w:pPr>
            <w:r>
              <w:rPr>
                <w:sz w:val="22"/>
              </w:rPr>
              <w:t>120</w:t>
            </w:r>
          </w:p>
        </w:tc>
        <w:tc>
          <w:tcPr>
            <w:tcW w:type="dxa" w:w="907"/>
          </w:tcPr>
          <w:p>
            <w:pPr>
              <w:keepNext/>
              <w:jc w:val="center"/>
            </w:pPr>
            <w:r>
              <w:rPr>
                <w:sz w:val="22"/>
              </w:rPr>
              <w:t>180</w:t>
            </w:r>
          </w:p>
        </w:tc>
      </w:tr>
      <w:tr>
        <w:trPr>
          <w:trHeight w:val="369"/>
          <w:cantSplit/>
        </w:trPr>
        <w:tc>
          <w:tcPr>
            <w:tcW w:type="dxa" w:w="1134"/>
          </w:tcPr>
          <w:p>
            <w:pPr>
              <w:jc w:val="center"/>
            </w:pPr>
            <w:r>
              <w:rPr>
                <w:b/>
                <w:sz w:val="22"/>
              </w:rPr>
              <w:t>D(·)</w:t>
            </w:r>
          </w:p>
        </w:tc>
        <w:tc>
          <w:tcPr>
            <w:tcW w:type="dxa" w:w="794"/>
          </w:tcPr>
          <w:p>
            <w:pPr>
              <w:jc w:val="center"/>
            </w:pPr>
            <w:r>
              <w:rPr>
                <w:sz w:val="22"/>
              </w:rPr>
              <w:t>180</w:t>
            </w:r>
          </w:p>
        </w:tc>
        <w:tc>
          <w:tcPr>
            <w:tcW w:type="dxa" w:w="794"/>
          </w:tcPr>
          <w:p>
            <w:pPr>
              <w:jc w:val="center"/>
            </w:pPr>
            <w:r>
              <w:rPr>
                <w:sz w:val="22"/>
              </w:rPr>
              <w:t>110</w:t>
            </w:r>
          </w:p>
        </w:tc>
        <w:tc>
          <w:tcPr>
            <w:tcW w:type="dxa" w:w="794"/>
          </w:tcPr>
          <w:p>
            <w:pPr>
              <w:jc w:val="center"/>
            </w:pPr>
            <w:r>
              <w:rPr>
                <w:sz w:val="22"/>
              </w:rPr>
              <w:t>10</w:t>
            </w:r>
          </w:p>
        </w:tc>
        <w:tc>
          <w:tcPr>
            <w:tcW w:type="dxa" w:w="794"/>
          </w:tcPr>
          <w:p>
            <w:pPr>
              <w:jc w:val="center"/>
            </w:pPr>
            <w:r>
              <w:rPr>
                <w:sz w:val="22"/>
              </w:rPr>
              <w:t>−60</w:t>
            </w:r>
          </w:p>
        </w:tc>
        <w:tc>
          <w:tcPr>
            <w:tcW w:type="dxa" w:w="907"/>
          </w:tcPr>
          <w:p>
            <w:pPr>
              <w:jc w:val="center"/>
            </w:pPr>
          </w:p>
        </w:tc>
      </w:tr>
    </w:tbl>
    <w:p>
      <w:pPr>
        <w:jc w:val="both"/>
      </w:pPr>
    </w:p>
    <w:p>
      <w:pPr>
        <w:keepNext/>
        <w:ind w:left="357"/>
        <w:jc w:val="both"/>
      </w:pPr>
      <w:r>
        <w:t>Improvement indices</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0</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140</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180</w:t>
            </w:r>
          </w:p>
        </w:tc>
      </w:tr>
      <w:tr>
        <w:trPr>
          <w:trHeight w:val="369"/>
          <w:cantSplit/>
        </w:trPr>
        <w:tc>
          <w:tcPr>
            <w:tcW w:type="dxa" w:w="1134"/>
          </w:tcPr>
          <w:p>
            <w:pPr>
              <w:jc w:val="center"/>
            </w:pPr>
            <w:r>
              <w:rPr>
                <w:b/>
                <w:sz w:val="22"/>
              </w:rPr>
              <w:t>D(·)</w:t>
            </w:r>
          </w:p>
        </w:tc>
        <w:tc>
          <w:tcPr>
            <w:tcW w:type="dxa" w:w="794"/>
          </w:tcPr>
          <w:p>
            <w:pPr>
              <w:jc w:val="center"/>
            </w:pPr>
            <w:r>
              <w:rPr>
                <w:sz w:val="22"/>
              </w:rPr>
              <w:t>180</w:t>
            </w:r>
          </w:p>
        </w:tc>
        <w:tc>
          <w:tcPr>
            <w:tcW w:type="dxa" w:w="794"/>
          </w:tcPr>
          <w:p>
            <w:pPr>
              <w:jc w:val="center"/>
            </w:pPr>
            <w:r>
              <w:rPr>
                <w:sz w:val="22"/>
              </w:rPr>
              <w:t>110</w:t>
            </w:r>
          </w:p>
        </w:tc>
        <w:tc>
          <w:tcPr>
            <w:tcW w:type="dxa" w:w="794"/>
          </w:tcPr>
          <w:p>
            <w:pPr>
              <w:jc w:val="center"/>
            </w:pPr>
            <w:r>
              <w:rPr>
                <w:sz w:val="22"/>
              </w:rPr>
              <w:t>10</w:t>
            </w:r>
          </w:p>
        </w:tc>
        <w:tc>
          <w:tcPr>
            <w:tcW w:type="dxa" w:w="794"/>
          </w:tcPr>
          <w:p>
            <w:pPr>
              <w:jc w:val="center"/>
            </w:pPr>
            <w:r>
              <w:rPr>
                <w:sz w:val="22"/>
              </w:rPr>
              <w:t>−60</w:t>
            </w:r>
          </w:p>
        </w:tc>
        <w:tc>
          <w:tcPr>
            <w:tcW w:type="dxa" w:w="907"/>
          </w:tcPr>
          <w:p>
            <w:pPr>
              <w:jc w:val="center"/>
            </w:pPr>
          </w:p>
        </w:tc>
      </w:tr>
    </w:tbl>
    <w:p>
      <w:pPr>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4.</w:t>
        <w:tab/>
        <w:t>The table shows a transportation problem.</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11</w:t>
            </w:r>
          </w:p>
        </w:tc>
        <w:tc>
          <w:tcPr>
            <w:tcW w:type="dxa" w:w="794"/>
          </w:tcPr>
          <w:p>
            <w:pPr>
              <w:keepNext/>
              <w:jc w:val="center"/>
            </w:pPr>
            <w:r>
              <w:rPr>
                <w:sz w:val="22"/>
              </w:rPr>
              <w:t>12</w:t>
            </w:r>
          </w:p>
        </w:tc>
        <w:tc>
          <w:tcPr>
            <w:tcW w:type="dxa" w:w="794"/>
          </w:tcPr>
          <w:p>
            <w:pPr>
              <w:keepNext/>
              <w:jc w:val="center"/>
            </w:pPr>
            <w:r>
              <w:rPr>
                <w:sz w:val="22"/>
              </w:rPr>
              <w:t>17</w:t>
            </w:r>
          </w:p>
        </w:tc>
        <w:tc>
          <w:tcPr>
            <w:tcW w:type="dxa" w:w="907"/>
          </w:tcPr>
          <w:p>
            <w:pPr>
              <w:keepNext/>
              <w:jc w:val="center"/>
            </w:pPr>
            <w:r>
              <w:rPr>
                <w:sz w:val="22"/>
              </w:rPr>
              <w:t>11</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13</w:t>
            </w:r>
          </w:p>
        </w:tc>
        <w:tc>
          <w:tcPr>
            <w:tcW w:type="dxa" w:w="794"/>
          </w:tcPr>
          <w:p>
            <w:pPr>
              <w:keepNext/>
              <w:jc w:val="center"/>
            </w:pPr>
            <w:r>
              <w:rPr>
                <w:sz w:val="22"/>
              </w:rPr>
              <w:t>10</w:t>
            </w:r>
          </w:p>
        </w:tc>
        <w:tc>
          <w:tcPr>
            <w:tcW w:type="dxa" w:w="794"/>
          </w:tcPr>
          <w:p>
            <w:pPr>
              <w:keepNext/>
              <w:jc w:val="center"/>
            </w:pPr>
            <w:r>
              <w:rPr>
                <w:sz w:val="22"/>
              </w:rPr>
              <w:t>13</w:t>
            </w:r>
          </w:p>
        </w:tc>
        <w:tc>
          <w:tcPr>
            <w:tcW w:type="dxa" w:w="907"/>
          </w:tcPr>
          <w:p>
            <w:pPr>
              <w:keepNext/>
              <w:jc w:val="center"/>
            </w:pPr>
            <w:r>
              <w:rPr>
                <w:sz w:val="22"/>
              </w:rPr>
              <w:t>15</w:t>
            </w:r>
          </w:p>
        </w:tc>
      </w:tr>
      <w:tr>
        <w:trPr>
          <w:trHeight w:val="369"/>
          <w:cantSplit/>
        </w:trPr>
        <w:tc>
          <w:tcPr>
            <w:tcW w:type="dxa" w:w="1134"/>
          </w:tcPr>
          <w:p>
            <w:pPr>
              <w:keepNext/>
              <w:jc w:val="center"/>
            </w:pPr>
            <w:r>
              <w:rPr>
                <w:b/>
                <w:sz w:val="22"/>
              </w:rPr>
              <w:t>C</w:t>
            </w:r>
          </w:p>
        </w:tc>
        <w:tc>
          <w:tcPr>
            <w:tcW w:type="dxa" w:w="794"/>
          </w:tcPr>
          <w:p>
            <w:pPr>
              <w:keepNext/>
              <w:jc w:val="center"/>
            </w:pPr>
            <w:r>
              <w:rPr>
                <w:sz w:val="22"/>
              </w:rPr>
              <w:t>15</w:t>
            </w:r>
          </w:p>
        </w:tc>
        <w:tc>
          <w:tcPr>
            <w:tcW w:type="dxa" w:w="794"/>
          </w:tcPr>
          <w:p>
            <w:pPr>
              <w:keepNext/>
              <w:jc w:val="center"/>
            </w:pPr>
            <w:r>
              <w:rPr>
                <w:sz w:val="22"/>
              </w:rPr>
              <w:t>18</w:t>
            </w:r>
          </w:p>
        </w:tc>
        <w:tc>
          <w:tcPr>
            <w:tcW w:type="dxa" w:w="794"/>
          </w:tcPr>
          <w:p>
            <w:pPr>
              <w:keepNext/>
              <w:jc w:val="center"/>
            </w:pPr>
            <w:r>
              <w:rPr>
                <w:sz w:val="22"/>
              </w:rPr>
              <w:t>9</w:t>
            </w:r>
          </w:p>
        </w:tc>
        <w:tc>
          <w:tcPr>
            <w:tcW w:type="dxa" w:w="907"/>
          </w:tcPr>
          <w:p>
            <w:pPr>
              <w:keepNext/>
              <w:jc w:val="center"/>
            </w:pPr>
            <w:r>
              <w:rPr>
                <w:sz w:val="22"/>
              </w:rPr>
              <w:t>14</w:t>
            </w:r>
          </w:p>
        </w:tc>
      </w:tr>
      <w:tr>
        <w:trPr>
          <w:trHeight w:val="369"/>
          <w:cantSplit/>
        </w:trPr>
        <w:tc>
          <w:tcPr>
            <w:tcW w:type="dxa" w:w="1134"/>
          </w:tcPr>
          <w:p>
            <w:pPr>
              <w:jc w:val="center"/>
            </w:pPr>
            <w:r>
              <w:rPr>
                <w:b/>
                <w:sz w:val="22"/>
              </w:rPr>
              <w:t>Demand</w:t>
            </w:r>
          </w:p>
        </w:tc>
        <w:tc>
          <w:tcPr>
            <w:tcW w:type="dxa" w:w="794"/>
          </w:tcPr>
          <w:p>
            <w:pPr>
              <w:jc w:val="center"/>
            </w:pPr>
            <w:r>
              <w:rPr>
                <w:sz w:val="22"/>
              </w:rPr>
              <w:t>10</w:t>
            </w:r>
          </w:p>
        </w:tc>
        <w:tc>
          <w:tcPr>
            <w:tcW w:type="dxa" w:w="794"/>
          </w:tcPr>
          <w:p>
            <w:pPr>
              <w:jc w:val="center"/>
            </w:pPr>
            <w:r>
              <w:rPr>
                <w:sz w:val="22"/>
              </w:rPr>
              <w:t>15</w:t>
            </w:r>
          </w:p>
        </w:tc>
        <w:tc>
          <w:tcPr>
            <w:tcW w:type="dxa" w:w="794"/>
          </w:tcPr>
          <w:p>
            <w:pPr>
              <w:jc w:val="center"/>
            </w:pPr>
            <w:r>
              <w:rPr>
                <w:sz w:val="22"/>
              </w:rPr>
              <w:t>15</w:t>
            </w:r>
          </w:p>
        </w:tc>
        <w:tc>
          <w:tcPr>
            <w:tcW w:type="dxa" w:w="907"/>
          </w:tcPr>
          <w:p>
            <w:pPr>
              <w:jc w:val="center"/>
            </w:pPr>
            <w:r>
              <w:rPr>
                <w:sz w:val="22"/>
              </w:rPr>
              <w:t>40</w:t>
            </w:r>
          </w:p>
        </w:tc>
      </w:tr>
    </w:tbl>
    <w:p>
      <w:pPr>
        <w:jc w:val="both"/>
      </w:pPr>
    </w:p>
    <w:p>
      <w:pPr>
        <w:keepNext/>
        <w:ind w:left="720" w:hanging="357"/>
        <w:jc w:val="both"/>
      </w:pPr>
      <w:r>
        <w:t>a)</w:t>
        <w:tab/>
        <w:t>Use the north-west corner method to find an initial solution to the transportation problem shown in the table.</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11</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15</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jc w:val="center"/>
            </w:pPr>
            <w:r>
              <w:rPr>
                <w:b/>
                <w:sz w:val="22"/>
              </w:rPr>
              <w:t>Demand</w:t>
            </w:r>
          </w:p>
        </w:tc>
        <w:tc>
          <w:tcPr>
            <w:tcW w:type="dxa" w:w="794"/>
          </w:tcPr>
          <w:p>
            <w:pPr>
              <w:jc w:val="center"/>
            </w:pPr>
            <w:r>
              <w:rPr>
                <w:sz w:val="22"/>
              </w:rPr>
              <w:t>10</w:t>
            </w:r>
          </w:p>
        </w:tc>
        <w:tc>
          <w:tcPr>
            <w:tcW w:type="dxa" w:w="794"/>
          </w:tcPr>
          <w:p>
            <w:pPr>
              <w:jc w:val="center"/>
            </w:pPr>
            <w:r>
              <w:rPr>
                <w:sz w:val="22"/>
              </w:rPr>
              <w:t>15</w:t>
            </w:r>
          </w:p>
        </w:tc>
        <w:tc>
          <w:tcPr>
            <w:tcW w:type="dxa" w:w="794"/>
          </w:tcPr>
          <w:p>
            <w:pPr>
              <w:jc w:val="center"/>
            </w:pPr>
            <w:r>
              <w:rPr>
                <w:sz w:val="22"/>
              </w:rPr>
              <w:t>15</w:t>
            </w:r>
          </w:p>
        </w:tc>
        <w:tc>
          <w:tcPr>
            <w:tcW w:type="dxa" w:w="907"/>
          </w:tcPr>
          <w:p>
            <w:pPr>
              <w:jc w:val="center"/>
            </w:pPr>
            <w:r>
              <w:rPr>
                <w:sz w:val="22"/>
              </w:rPr>
              <w:t>40</w:t>
            </w:r>
          </w:p>
        </w:tc>
      </w:tr>
    </w:tbl>
    <w:p>
      <w:pPr>
        <w:jc w:val="both"/>
      </w:pPr>
    </w:p>
    <w:p>
      <w:pPr>
        <w:keepNext/>
        <w:ind w:left="720" w:hanging="357"/>
        <w:jc w:val="both"/>
      </w:pPr>
      <w:r>
        <w:t>b)</w:t>
        <w:tab/>
        <w:t>Find the shadow costs and improvement indices.</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val="0"/>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jc w:val="both"/>
      </w:pPr>
    </w:p>
    <w:p>
      <w:pPr>
        <w:keepNext/>
        <w:jc w:val="both"/>
      </w:pPr>
    </w:p>
    <w:p>
      <w:pPr>
        <w:keepNext/>
        <w:jc w:val="both"/>
      </w:pPr>
    </w:p>
    <w:p>
      <w:pPr>
        <w:keepNext w:val="0"/>
        <w:jc w:val="both"/>
      </w:pPr>
    </w:p>
    <w:p>
      <w:pPr>
        <w:keepNext/>
        <w:ind w:left="720" w:hanging="357"/>
        <w:jc w:val="both"/>
      </w:pPr>
      <w:r>
        <w:t>c)</w:t>
        <w:tab/>
        <w:t>Hence determine whether the solution is optimal.</w:t>
      </w:r>
    </w:p>
    <w:p>
      <w:pPr>
        <w:keepNext/>
        <w:jc w:val="both"/>
      </w:pPr>
    </w:p>
    <w:p>
      <w:pPr>
        <w:keepNext w:val="0"/>
        <w:jc w:val="both"/>
      </w:pPr>
    </w:p>
    <w:p>
      <w:pPr>
        <w:pageBreakBefore/>
        <w:jc w:val="center"/>
      </w:pPr>
      <w:r>
        <w:rPr>
          <w:b/>
          <w:sz w:val="32"/>
          <w:u w:val="single"/>
        </w:rPr>
        <w:t>1D The Stepping-Stone Method</w:t>
      </w:r>
    </w:p>
    <w:p>
      <w:pPr>
        <w:keepNext/>
        <w:jc w:val="both"/>
      </w:pPr>
      <w:r>
        <w:t>The stepping-stone method (the two rules for the cycle of adjustments):</w:t>
      </w:r>
    </w:p>
    <w:p>
      <w:pPr>
        <w:keepNext/>
        <w:jc w:val="both"/>
      </w:pPr>
    </w:p>
    <w:p>
      <w:pPr>
        <w:keepNext/>
        <w:jc w:val="both"/>
      </w:pPr>
    </w:p>
    <w:p>
      <w:pPr>
        <w:keepNext/>
        <w:jc w:val="both"/>
      </w:pPr>
    </w:p>
    <w:p>
      <w:pPr>
        <w:keepNext w:val="0"/>
        <w:jc w:val="both"/>
      </w:pPr>
    </w:p>
    <w:p>
      <w:pPr>
        <w:keepNext/>
        <w:jc w:val="both"/>
      </w:pPr>
      <w:r>
        <w:t>The value of θ:</w:t>
      </w:r>
    </w:p>
    <w:p>
      <w:pPr>
        <w:keepNext/>
        <w:jc w:val="both"/>
      </w:pPr>
    </w:p>
    <w:p>
      <w:pPr>
        <w:keepNext w:val="0"/>
        <w:jc w:val="both"/>
      </w:pPr>
    </w:p>
    <w:p>
      <w:pPr>
        <w:keepNext/>
        <w:jc w:val="both"/>
      </w:pPr>
      <w:r>
        <w:t>The exiting cell:</w:t>
      </w:r>
    </w:p>
    <w:p>
      <w:pPr>
        <w:keepNext/>
        <w:jc w:val="both"/>
      </w:pPr>
    </w:p>
    <w:p>
      <w:pPr>
        <w:keepNext w:val="0"/>
        <w:jc w:val="both"/>
      </w:pPr>
    </w:p>
    <w:p>
      <w:pPr>
        <w:keepNext/>
        <w:jc w:val="both"/>
      </w:pPr>
      <w:r>
        <w:t>If two cells are reduced to 0:</w:t>
      </w:r>
    </w:p>
    <w:p>
      <w:pPr>
        <w:keepNext/>
        <w:jc w:val="both"/>
      </w:pPr>
    </w:p>
    <w:p>
      <w:pPr>
        <w:keepNext w:val="0"/>
        <w:jc w:val="both"/>
      </w:pPr>
    </w:p>
    <w:p>
      <w:pPr>
        <w:keepNext/>
        <w:jc w:val="both"/>
      </w:pPr>
      <w:r>
        <w:t>Checking the new cost:</w:t>
      </w:r>
    </w:p>
    <w:p>
      <w:pPr>
        <w:keepNext/>
        <w:jc w:val="both"/>
      </w:pPr>
    </w:p>
    <w:p>
      <w:pPr>
        <w:keepNext w:val="0"/>
        <w:jc w:val="both"/>
      </w:pPr>
    </w:p>
    <w:p>
      <w:pPr>
        <w:keepNext/>
        <w:ind w:left="357" w:hanging="357"/>
        <w:jc w:val="both"/>
      </w:pPr>
      <w:r>
        <w:t>1.</w:t>
        <w:tab/>
        <w:t>In Example 2 (1A question 2) the table of costs and the initial solution were as shown, at a cost of £9010. Obtain an improved solution and find the improved cost.</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180</w:t>
            </w:r>
          </w:p>
        </w:tc>
        <w:tc>
          <w:tcPr>
            <w:tcW w:type="dxa" w:w="794"/>
          </w:tcPr>
          <w:p>
            <w:pPr>
              <w:keepNext/>
              <w:jc w:val="center"/>
            </w:pPr>
            <w:r>
              <w:rPr>
                <w:sz w:val="22"/>
              </w:rPr>
              <w:t>110</w:t>
            </w:r>
          </w:p>
        </w:tc>
        <w:tc>
          <w:tcPr>
            <w:tcW w:type="dxa" w:w="794"/>
          </w:tcPr>
          <w:p>
            <w:pPr>
              <w:keepNext/>
              <w:jc w:val="center"/>
            </w:pPr>
            <w:r>
              <w:rPr>
                <w:sz w:val="22"/>
              </w:rPr>
              <w:t>130</w:t>
            </w:r>
          </w:p>
        </w:tc>
        <w:tc>
          <w:tcPr>
            <w:tcW w:type="dxa" w:w="794"/>
          </w:tcPr>
          <w:p>
            <w:pPr>
              <w:keepNext/>
              <w:jc w:val="center"/>
            </w:pPr>
            <w:r>
              <w:rPr>
                <w:sz w:val="22"/>
              </w:rPr>
              <w:t>290</w:t>
            </w: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190</w:t>
            </w:r>
          </w:p>
        </w:tc>
        <w:tc>
          <w:tcPr>
            <w:tcW w:type="dxa" w:w="794"/>
          </w:tcPr>
          <w:p>
            <w:pPr>
              <w:keepNext/>
              <w:jc w:val="center"/>
            </w:pPr>
            <w:r>
              <w:rPr>
                <w:sz w:val="22"/>
              </w:rPr>
              <w:t>250</w:t>
            </w:r>
          </w:p>
        </w:tc>
        <w:tc>
          <w:tcPr>
            <w:tcW w:type="dxa" w:w="794"/>
          </w:tcPr>
          <w:p>
            <w:pPr>
              <w:keepNext/>
              <w:jc w:val="center"/>
            </w:pPr>
            <w:r>
              <w:rPr>
                <w:sz w:val="22"/>
              </w:rPr>
              <w:t>150</w:t>
            </w:r>
          </w:p>
        </w:tc>
        <w:tc>
          <w:tcPr>
            <w:tcW w:type="dxa" w:w="794"/>
          </w:tcPr>
          <w:p>
            <w:pPr>
              <w:keepNext/>
              <w:jc w:val="center"/>
            </w:pPr>
            <w:r>
              <w:rPr>
                <w:sz w:val="22"/>
              </w:rPr>
              <w:t>280</w:t>
            </w: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r>
              <w:rPr>
                <w:sz w:val="22"/>
              </w:rPr>
              <w:t>240</w:t>
            </w:r>
          </w:p>
        </w:tc>
        <w:tc>
          <w:tcPr>
            <w:tcW w:type="dxa" w:w="794"/>
          </w:tcPr>
          <w:p>
            <w:pPr>
              <w:keepNext/>
              <w:jc w:val="center"/>
            </w:pPr>
            <w:r>
              <w:rPr>
                <w:sz w:val="22"/>
              </w:rPr>
              <w:t>270</w:t>
            </w:r>
          </w:p>
        </w:tc>
        <w:tc>
          <w:tcPr>
            <w:tcW w:type="dxa" w:w="794"/>
          </w:tcPr>
          <w:p>
            <w:pPr>
              <w:keepNext/>
              <w:jc w:val="center"/>
            </w:pPr>
            <w:r>
              <w:rPr>
                <w:sz w:val="22"/>
              </w:rPr>
              <w:t>190</w:t>
            </w:r>
          </w:p>
        </w:tc>
        <w:tc>
          <w:tcPr>
            <w:tcW w:type="dxa" w:w="794"/>
          </w:tcPr>
          <w:p>
            <w:pPr>
              <w:keepNext/>
              <w:jc w:val="center"/>
            </w:pPr>
            <w:r>
              <w:rPr>
                <w:sz w:val="22"/>
              </w:rPr>
              <w:t>120</w:t>
            </w: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11</w:t>
            </w:r>
          </w:p>
        </w:tc>
        <w:tc>
          <w:tcPr>
            <w:tcW w:type="dxa" w:w="794"/>
          </w:tcPr>
          <w:p>
            <w:pPr>
              <w:keepNext/>
              <w:jc w:val="center"/>
            </w:pPr>
            <w:r>
              <w:rPr>
                <w:sz w:val="22"/>
              </w:rPr>
              <w:t>3</w:t>
            </w: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r>
              <w:rPr>
                <w:sz w:val="22"/>
              </w:rPr>
              <w:t>12</w:t>
            </w:r>
          </w:p>
        </w:tc>
        <w:tc>
          <w:tcPr>
            <w:tcW w:type="dxa" w:w="794"/>
          </w:tcPr>
          <w:p>
            <w:pPr>
              <w:keepNext/>
              <w:jc w:val="center"/>
            </w:pPr>
            <w:r>
              <w:rPr>
                <w:sz w:val="22"/>
              </w:rPr>
              <w:t>4</w:t>
            </w:r>
          </w:p>
        </w:tc>
        <w:tc>
          <w:tcPr>
            <w:tcW w:type="dxa" w:w="794"/>
          </w:tcPr>
          <w:p>
            <w:pPr>
              <w:keepNext/>
              <w:jc w:val="center"/>
            </w:pP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r>
              <w:rPr>
                <w:sz w:val="22"/>
              </w:rPr>
              <w:t>10</w:t>
            </w:r>
          </w:p>
        </w:tc>
        <w:tc>
          <w:tcPr>
            <w:tcW w:type="dxa" w:w="794"/>
          </w:tcPr>
          <w:p>
            <w:pPr>
              <w:keepNext/>
              <w:jc w:val="center"/>
            </w:pPr>
            <w:r>
              <w:rPr>
                <w:sz w:val="22"/>
              </w:rPr>
              <w:t>10</w:t>
            </w: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ind w:left="357"/>
        <w:jc w:val="both"/>
      </w:pPr>
      <w:r>
        <w:t>Stepping-stone route</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11</w:t>
            </w:r>
          </w:p>
        </w:tc>
        <w:tc>
          <w:tcPr>
            <w:tcW w:type="dxa" w:w="794"/>
          </w:tcPr>
          <w:p>
            <w:pPr>
              <w:keepNext/>
              <w:jc w:val="center"/>
            </w:pPr>
            <w:r>
              <w:rPr>
                <w:sz w:val="22"/>
              </w:rPr>
              <w:t>3</w:t>
            </w: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r>
              <w:rPr>
                <w:sz w:val="22"/>
              </w:rPr>
              <w:t>12</w:t>
            </w:r>
          </w:p>
        </w:tc>
        <w:tc>
          <w:tcPr>
            <w:tcW w:type="dxa" w:w="794"/>
          </w:tcPr>
          <w:p>
            <w:pPr>
              <w:keepNext/>
              <w:jc w:val="center"/>
            </w:pPr>
            <w:r>
              <w:rPr>
                <w:sz w:val="22"/>
              </w:rPr>
              <w:t>4</w:t>
            </w:r>
          </w:p>
        </w:tc>
        <w:tc>
          <w:tcPr>
            <w:tcW w:type="dxa" w:w="794"/>
          </w:tcPr>
          <w:p>
            <w:pPr>
              <w:keepNext/>
              <w:jc w:val="center"/>
            </w:pP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r>
              <w:rPr>
                <w:sz w:val="22"/>
              </w:rPr>
              <w:t>10</w:t>
            </w:r>
          </w:p>
        </w:tc>
        <w:tc>
          <w:tcPr>
            <w:tcW w:type="dxa" w:w="794"/>
          </w:tcPr>
          <w:p>
            <w:pPr>
              <w:keepNext/>
              <w:jc w:val="center"/>
            </w:pPr>
            <w:r>
              <w:rPr>
                <w:sz w:val="22"/>
              </w:rPr>
              <w:t>10</w:t>
            </w: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jc w:val="both"/>
      </w:pPr>
    </w:p>
    <w:p>
      <w:pPr>
        <w:keepNext/>
        <w:jc w:val="both"/>
      </w:pPr>
    </w:p>
    <w:p>
      <w:pPr>
        <w:keepNext w:val="0"/>
        <w:jc w:val="both"/>
      </w:pPr>
    </w:p>
    <w:p>
      <w:pPr>
        <w:keepNext/>
        <w:ind w:left="357"/>
        <w:jc w:val="both"/>
      </w:pPr>
      <w:r>
        <w:t>Improved solution</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jc w:val="both"/>
      </w:pPr>
    </w:p>
    <w:p>
      <w:pPr>
        <w:keepNext/>
        <w:jc w:val="both"/>
      </w:pPr>
    </w:p>
    <w:p>
      <w:pPr>
        <w:keepNext/>
        <w:jc w:val="both"/>
      </w:pPr>
    </w:p>
    <w:p>
      <w:pPr>
        <w:keepNext w:val="0"/>
        <w:jc w:val="both"/>
      </w:pPr>
    </w:p>
    <w:p>
      <w:pPr>
        <w:keepNext/>
        <w:jc w:val="both"/>
      </w:pPr>
      <w:r>
        <w:t>To find an optimal solution:</w:t>
      </w:r>
    </w:p>
    <w:p>
      <w:pPr>
        <w:keepNext/>
        <w:jc w:val="both"/>
      </w:pPr>
    </w:p>
    <w:p>
      <w:pPr>
        <w:keepNext/>
        <w:jc w:val="both"/>
      </w:pPr>
    </w:p>
    <w:p>
      <w:pPr>
        <w:keepNext w:val="0"/>
        <w:jc w:val="both"/>
      </w:pPr>
    </w:p>
    <w:p>
      <w:pPr>
        <w:keepNext/>
        <w:ind w:left="357" w:hanging="357"/>
        <w:jc w:val="both"/>
      </w:pPr>
      <w:r>
        <w:t>2.</w:t>
        <w:tab/>
        <w:t>Find an optimal solution for question 1.</w:t>
      </w:r>
    </w:p>
    <w:p>
      <w:pPr>
        <w:keepNext/>
        <w:ind w:left="357"/>
        <w:jc w:val="both"/>
      </w:pPr>
      <w:r>
        <w:t>Second iteration: shadow costs and improvement indices</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val="0"/>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jc w:val="both"/>
      </w:pPr>
    </w:p>
    <w:p>
      <w:pPr>
        <w:keepNext/>
        <w:jc w:val="both"/>
      </w:pPr>
    </w:p>
    <w:p>
      <w:pPr>
        <w:keepNext w:val="0"/>
        <w:jc w:val="both"/>
      </w:pPr>
    </w:p>
    <w:p>
      <w:pPr>
        <w:keepNext/>
        <w:ind w:left="357"/>
        <w:jc w:val="both"/>
      </w:pPr>
      <w:r>
        <w:t>Stepping-stone route and improved solution</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r>
              <w:rPr>
                <w:sz w:val="22"/>
              </w:rPr>
              <w:t>14</w:t>
            </w: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11</w:t>
            </w:r>
          </w:p>
        </w:tc>
        <w:tc>
          <w:tcPr>
            <w:tcW w:type="dxa" w:w="794"/>
          </w:tcPr>
          <w:p>
            <w:pPr>
              <w:keepNext/>
              <w:jc w:val="center"/>
            </w:pPr>
            <w:r>
              <w:rPr>
                <w:sz w:val="22"/>
              </w:rPr>
              <w:t>1</w:t>
            </w:r>
          </w:p>
        </w:tc>
        <w:tc>
          <w:tcPr>
            <w:tcW w:type="dxa" w:w="794"/>
          </w:tcPr>
          <w:p>
            <w:pPr>
              <w:keepNext/>
              <w:jc w:val="center"/>
            </w:pPr>
            <w:r>
              <w:rPr>
                <w:sz w:val="22"/>
              </w:rPr>
              <w:t>4</w:t>
            </w:r>
          </w:p>
        </w:tc>
        <w:tc>
          <w:tcPr>
            <w:tcW w:type="dxa" w:w="794"/>
          </w:tcPr>
          <w:p>
            <w:pPr>
              <w:keepNext/>
              <w:jc w:val="center"/>
            </w:pP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r>
              <w:rPr>
                <w:sz w:val="22"/>
              </w:rPr>
              <w:t>10</w:t>
            </w:r>
          </w:p>
        </w:tc>
        <w:tc>
          <w:tcPr>
            <w:tcW w:type="dxa" w:w="794"/>
          </w:tcPr>
          <w:p>
            <w:pPr>
              <w:keepNext/>
              <w:jc w:val="center"/>
            </w:pPr>
            <w:r>
              <w:rPr>
                <w:sz w:val="22"/>
              </w:rPr>
              <w:t>10</w:t>
            </w: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jc w:val="both"/>
      </w:pPr>
    </w:p>
    <w:p>
      <w:pPr>
        <w:keepNext w:val="0"/>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14</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16</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20</w:t>
            </w:r>
          </w:p>
        </w:tc>
      </w:tr>
      <w:tr>
        <w:trPr>
          <w:trHeight w:val="369"/>
          <w:cantSplit/>
        </w:trPr>
        <w:tc>
          <w:tcPr>
            <w:tcW w:type="dxa" w:w="1134"/>
          </w:tcPr>
          <w:p>
            <w:pPr>
              <w:jc w:val="center"/>
            </w:pPr>
            <w:r>
              <w:rPr>
                <w:b/>
                <w:sz w:val="22"/>
              </w:rPr>
              <w:t>Demand</w:t>
            </w:r>
          </w:p>
        </w:tc>
        <w:tc>
          <w:tcPr>
            <w:tcW w:type="dxa" w:w="794"/>
          </w:tcPr>
          <w:p>
            <w:pPr>
              <w:jc w:val="center"/>
            </w:pPr>
            <w:r>
              <w:rPr>
                <w:sz w:val="22"/>
              </w:rPr>
              <w:t>11</w:t>
            </w:r>
          </w:p>
        </w:tc>
        <w:tc>
          <w:tcPr>
            <w:tcW w:type="dxa" w:w="794"/>
          </w:tcPr>
          <w:p>
            <w:pPr>
              <w:jc w:val="center"/>
            </w:pPr>
            <w:r>
              <w:rPr>
                <w:sz w:val="22"/>
              </w:rPr>
              <w:t>15</w:t>
            </w:r>
          </w:p>
        </w:tc>
        <w:tc>
          <w:tcPr>
            <w:tcW w:type="dxa" w:w="794"/>
          </w:tcPr>
          <w:p>
            <w:pPr>
              <w:jc w:val="center"/>
            </w:pPr>
            <w:r>
              <w:rPr>
                <w:sz w:val="22"/>
              </w:rPr>
              <w:t>14</w:t>
            </w:r>
          </w:p>
        </w:tc>
        <w:tc>
          <w:tcPr>
            <w:tcW w:type="dxa" w:w="794"/>
          </w:tcPr>
          <w:p>
            <w:pPr>
              <w:jc w:val="center"/>
            </w:pPr>
            <w:r>
              <w:rPr>
                <w:sz w:val="22"/>
              </w:rPr>
              <w:t>10</w:t>
            </w:r>
          </w:p>
        </w:tc>
        <w:tc>
          <w:tcPr>
            <w:tcW w:type="dxa" w:w="907"/>
          </w:tcPr>
          <w:p>
            <w:pPr>
              <w:jc w:val="center"/>
            </w:pPr>
            <w:r>
              <w:rPr>
                <w:sz w:val="22"/>
              </w:rPr>
              <w:t>50</w:t>
            </w:r>
          </w:p>
        </w:tc>
      </w:tr>
    </w:tbl>
    <w:p>
      <w:pPr>
        <w:jc w:val="both"/>
      </w:pPr>
    </w:p>
    <w:p>
      <w:pPr>
        <w:keepNext/>
        <w:jc w:val="both"/>
      </w:pPr>
    </w:p>
    <w:p>
      <w:pPr>
        <w:keepNext w:val="0"/>
        <w:jc w:val="both"/>
      </w:pPr>
    </w:p>
    <w:p>
      <w:pPr>
        <w:keepNext/>
        <w:ind w:left="357"/>
        <w:jc w:val="both"/>
      </w:pPr>
      <w:r>
        <w:t>Third iteration: shadow costs and improvement indices</w:t>
      </w: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val="0"/>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W</w:t>
            </w: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3.</w:t>
        <w:tab/>
        <w:t>The table shows the unit cost, in pounds, of transporting goods from each of three warehouses A, B and C to each of three supermarkets X, Y and Z. It also shows the stock at each warehouse and the demand at each supermarket. Solve the transportation problem shown in the table. Use the north-west corner method to obtain an initial solution. You must state your shadow costs, improvement indices, stepping-stone routes, θ values, entering cells and exiting cells. You must state the initial cost and the improved cost after each iteration.</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24</w:t>
            </w:r>
          </w:p>
        </w:tc>
        <w:tc>
          <w:tcPr>
            <w:tcW w:type="dxa" w:w="794"/>
          </w:tcPr>
          <w:p>
            <w:pPr>
              <w:keepNext/>
              <w:jc w:val="center"/>
            </w:pPr>
            <w:r>
              <w:rPr>
                <w:sz w:val="22"/>
              </w:rPr>
              <w:t>22</w:t>
            </w:r>
          </w:p>
        </w:tc>
        <w:tc>
          <w:tcPr>
            <w:tcW w:type="dxa" w:w="794"/>
          </w:tcPr>
          <w:p>
            <w:pPr>
              <w:keepNext/>
              <w:jc w:val="center"/>
            </w:pPr>
            <w:r>
              <w:rPr>
                <w:sz w:val="22"/>
              </w:rPr>
              <w:t>28</w:t>
            </w:r>
          </w:p>
        </w:tc>
        <w:tc>
          <w:tcPr>
            <w:tcW w:type="dxa" w:w="907"/>
          </w:tcPr>
          <w:p>
            <w:pPr>
              <w:keepNext/>
              <w:jc w:val="center"/>
            </w:pPr>
            <w:r>
              <w:rPr>
                <w:sz w:val="22"/>
              </w:rPr>
              <w:t>13</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26</w:t>
            </w:r>
          </w:p>
        </w:tc>
        <w:tc>
          <w:tcPr>
            <w:tcW w:type="dxa" w:w="794"/>
          </w:tcPr>
          <w:p>
            <w:pPr>
              <w:keepNext/>
              <w:jc w:val="center"/>
            </w:pPr>
            <w:r>
              <w:rPr>
                <w:sz w:val="22"/>
              </w:rPr>
              <w:t>26</w:t>
            </w:r>
          </w:p>
        </w:tc>
        <w:tc>
          <w:tcPr>
            <w:tcW w:type="dxa" w:w="794"/>
          </w:tcPr>
          <w:p>
            <w:pPr>
              <w:keepNext/>
              <w:jc w:val="center"/>
            </w:pPr>
            <w:r>
              <w:rPr>
                <w:sz w:val="22"/>
              </w:rPr>
              <w:t>14</w:t>
            </w:r>
          </w:p>
        </w:tc>
        <w:tc>
          <w:tcPr>
            <w:tcW w:type="dxa" w:w="907"/>
          </w:tcPr>
          <w:p>
            <w:pPr>
              <w:keepNext/>
              <w:jc w:val="center"/>
            </w:pPr>
            <w:r>
              <w:rPr>
                <w:sz w:val="22"/>
              </w:rPr>
              <w:t>11</w:t>
            </w:r>
          </w:p>
        </w:tc>
      </w:tr>
      <w:tr>
        <w:trPr>
          <w:trHeight w:val="369"/>
          <w:cantSplit/>
        </w:trPr>
        <w:tc>
          <w:tcPr>
            <w:tcW w:type="dxa" w:w="1134"/>
          </w:tcPr>
          <w:p>
            <w:pPr>
              <w:keepNext/>
              <w:jc w:val="center"/>
            </w:pPr>
            <w:r>
              <w:rPr>
                <w:b/>
                <w:sz w:val="22"/>
              </w:rPr>
              <w:t>C</w:t>
            </w:r>
          </w:p>
        </w:tc>
        <w:tc>
          <w:tcPr>
            <w:tcW w:type="dxa" w:w="794"/>
          </w:tcPr>
          <w:p>
            <w:pPr>
              <w:keepNext/>
              <w:jc w:val="center"/>
            </w:pPr>
            <w:r>
              <w:rPr>
                <w:sz w:val="22"/>
              </w:rPr>
              <w:t>20</w:t>
            </w:r>
          </w:p>
        </w:tc>
        <w:tc>
          <w:tcPr>
            <w:tcW w:type="dxa" w:w="794"/>
          </w:tcPr>
          <w:p>
            <w:pPr>
              <w:keepNext/>
              <w:jc w:val="center"/>
            </w:pPr>
            <w:r>
              <w:rPr>
                <w:sz w:val="22"/>
              </w:rPr>
              <w:t>22</w:t>
            </w:r>
          </w:p>
        </w:tc>
        <w:tc>
          <w:tcPr>
            <w:tcW w:type="dxa" w:w="794"/>
          </w:tcPr>
          <w:p>
            <w:pPr>
              <w:keepNext/>
              <w:jc w:val="center"/>
            </w:pPr>
            <w:r>
              <w:rPr>
                <w:sz w:val="22"/>
              </w:rPr>
              <w:t>20</w:t>
            </w:r>
          </w:p>
        </w:tc>
        <w:tc>
          <w:tcPr>
            <w:tcW w:type="dxa" w:w="907"/>
          </w:tcPr>
          <w:p>
            <w:pPr>
              <w:keepNext/>
              <w:jc w:val="center"/>
            </w:pPr>
            <w:r>
              <w:rPr>
                <w:sz w:val="22"/>
              </w:rPr>
              <w:t>12</w:t>
            </w:r>
          </w:p>
        </w:tc>
      </w:tr>
      <w:tr>
        <w:trPr>
          <w:trHeight w:val="369"/>
          <w:cantSplit/>
        </w:trPr>
        <w:tc>
          <w:tcPr>
            <w:tcW w:type="dxa" w:w="1134"/>
          </w:tcPr>
          <w:p>
            <w:pPr>
              <w:jc w:val="center"/>
            </w:pPr>
            <w:r>
              <w:rPr>
                <w:b/>
                <w:sz w:val="22"/>
              </w:rPr>
              <w:t>Demand</w:t>
            </w:r>
          </w:p>
        </w:tc>
        <w:tc>
          <w:tcPr>
            <w:tcW w:type="dxa" w:w="794"/>
          </w:tcPr>
          <w:p>
            <w:pPr>
              <w:jc w:val="center"/>
            </w:pPr>
            <w:r>
              <w:rPr>
                <w:sz w:val="22"/>
              </w:rPr>
              <w:t>10</w:t>
            </w:r>
          </w:p>
        </w:tc>
        <w:tc>
          <w:tcPr>
            <w:tcW w:type="dxa" w:w="794"/>
          </w:tcPr>
          <w:p>
            <w:pPr>
              <w:jc w:val="center"/>
            </w:pPr>
            <w:r>
              <w:rPr>
                <w:sz w:val="22"/>
              </w:rPr>
              <w:t>13</w:t>
            </w:r>
          </w:p>
        </w:tc>
        <w:tc>
          <w:tcPr>
            <w:tcW w:type="dxa" w:w="794"/>
          </w:tcPr>
          <w:p>
            <w:pPr>
              <w:jc w:val="center"/>
            </w:pPr>
            <w:r>
              <w:rPr>
                <w:sz w:val="22"/>
              </w:rPr>
              <w:t>13</w:t>
            </w:r>
          </w:p>
        </w:tc>
        <w:tc>
          <w:tcPr>
            <w:tcW w:type="dxa" w:w="907"/>
          </w:tcPr>
          <w:p>
            <w:pPr>
              <w:jc w:val="center"/>
            </w:pPr>
            <w:r>
              <w:rPr>
                <w:sz w:val="22"/>
              </w:rPr>
              <w:t>36</w:t>
            </w:r>
          </w:p>
        </w:tc>
      </w:tr>
    </w:tbl>
    <w:p>
      <w:pPr>
        <w:jc w:val="both"/>
      </w:pPr>
    </w:p>
    <w:p>
      <w:pPr>
        <w:keepNext/>
        <w:ind w:left="357"/>
        <w:jc w:val="both"/>
      </w:pPr>
      <w:r>
        <w:t>Initial solution</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13</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11</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12</w:t>
            </w:r>
          </w:p>
        </w:tc>
      </w:tr>
      <w:tr>
        <w:trPr>
          <w:trHeight w:val="369"/>
          <w:cantSplit/>
        </w:trPr>
        <w:tc>
          <w:tcPr>
            <w:tcW w:type="dxa" w:w="1134"/>
          </w:tcPr>
          <w:p>
            <w:pPr>
              <w:jc w:val="center"/>
            </w:pPr>
            <w:r>
              <w:rPr>
                <w:b/>
                <w:sz w:val="22"/>
              </w:rPr>
              <w:t>Demand</w:t>
            </w:r>
          </w:p>
        </w:tc>
        <w:tc>
          <w:tcPr>
            <w:tcW w:type="dxa" w:w="794"/>
          </w:tcPr>
          <w:p>
            <w:pPr>
              <w:jc w:val="center"/>
            </w:pPr>
            <w:r>
              <w:rPr>
                <w:sz w:val="22"/>
              </w:rPr>
              <w:t>10</w:t>
            </w:r>
          </w:p>
        </w:tc>
        <w:tc>
          <w:tcPr>
            <w:tcW w:type="dxa" w:w="794"/>
          </w:tcPr>
          <w:p>
            <w:pPr>
              <w:jc w:val="center"/>
            </w:pPr>
            <w:r>
              <w:rPr>
                <w:sz w:val="22"/>
              </w:rPr>
              <w:t>13</w:t>
            </w:r>
          </w:p>
        </w:tc>
        <w:tc>
          <w:tcPr>
            <w:tcW w:type="dxa" w:w="794"/>
          </w:tcPr>
          <w:p>
            <w:pPr>
              <w:jc w:val="center"/>
            </w:pPr>
            <w:r>
              <w:rPr>
                <w:sz w:val="22"/>
              </w:rPr>
              <w:t>13</w:t>
            </w:r>
          </w:p>
        </w:tc>
        <w:tc>
          <w:tcPr>
            <w:tcW w:type="dxa" w:w="907"/>
          </w:tcPr>
          <w:p>
            <w:pPr>
              <w:jc w:val="center"/>
            </w:pPr>
            <w:r>
              <w:rPr>
                <w:sz w:val="22"/>
              </w:rPr>
              <w:t>36</w:t>
            </w:r>
          </w:p>
        </w:tc>
      </w:tr>
    </w:tbl>
    <w:p>
      <w:pPr>
        <w:jc w:val="both"/>
      </w:pPr>
    </w:p>
    <w:p>
      <w:pPr>
        <w:keepNext/>
        <w:jc w:val="both"/>
      </w:pPr>
    </w:p>
    <w:p>
      <w:pPr>
        <w:keepNext w:val="0"/>
        <w:jc w:val="both"/>
      </w:pPr>
    </w:p>
    <w:p>
      <w:pPr>
        <w:keepNext/>
        <w:ind w:left="357"/>
        <w:jc w:val="both"/>
      </w:pPr>
      <w:r>
        <w:t>First iteration</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13</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11</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12</w:t>
            </w:r>
          </w:p>
        </w:tc>
      </w:tr>
      <w:tr>
        <w:trPr>
          <w:trHeight w:val="369"/>
          <w:cantSplit/>
        </w:trPr>
        <w:tc>
          <w:tcPr>
            <w:tcW w:type="dxa" w:w="1134"/>
          </w:tcPr>
          <w:p>
            <w:pPr>
              <w:jc w:val="center"/>
            </w:pPr>
            <w:r>
              <w:rPr>
                <w:b/>
                <w:sz w:val="22"/>
              </w:rPr>
              <w:t>Demand</w:t>
            </w:r>
          </w:p>
        </w:tc>
        <w:tc>
          <w:tcPr>
            <w:tcW w:type="dxa" w:w="794"/>
          </w:tcPr>
          <w:p>
            <w:pPr>
              <w:jc w:val="center"/>
            </w:pPr>
            <w:r>
              <w:rPr>
                <w:sz w:val="22"/>
              </w:rPr>
              <w:t>10</w:t>
            </w:r>
          </w:p>
        </w:tc>
        <w:tc>
          <w:tcPr>
            <w:tcW w:type="dxa" w:w="794"/>
          </w:tcPr>
          <w:p>
            <w:pPr>
              <w:jc w:val="center"/>
            </w:pPr>
            <w:r>
              <w:rPr>
                <w:sz w:val="22"/>
              </w:rPr>
              <w:t>13</w:t>
            </w:r>
          </w:p>
        </w:tc>
        <w:tc>
          <w:tcPr>
            <w:tcW w:type="dxa" w:w="794"/>
          </w:tcPr>
          <w:p>
            <w:pPr>
              <w:jc w:val="center"/>
            </w:pPr>
            <w:r>
              <w:rPr>
                <w:sz w:val="22"/>
              </w:rPr>
              <w:t>13</w:t>
            </w:r>
          </w:p>
        </w:tc>
        <w:tc>
          <w:tcPr>
            <w:tcW w:type="dxa" w:w="907"/>
          </w:tcPr>
          <w:p>
            <w:pPr>
              <w:jc w:val="center"/>
            </w:pPr>
            <w:r>
              <w:rPr>
                <w:sz w:val="22"/>
              </w:rPr>
              <w:t>36</w:t>
            </w: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13</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11</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12</w:t>
            </w:r>
          </w:p>
        </w:tc>
      </w:tr>
      <w:tr>
        <w:trPr>
          <w:trHeight w:val="369"/>
          <w:cantSplit/>
        </w:trPr>
        <w:tc>
          <w:tcPr>
            <w:tcW w:type="dxa" w:w="1134"/>
          </w:tcPr>
          <w:p>
            <w:pPr>
              <w:jc w:val="center"/>
            </w:pPr>
            <w:r>
              <w:rPr>
                <w:b/>
                <w:sz w:val="22"/>
              </w:rPr>
              <w:t>Demand</w:t>
            </w:r>
          </w:p>
        </w:tc>
        <w:tc>
          <w:tcPr>
            <w:tcW w:type="dxa" w:w="794"/>
          </w:tcPr>
          <w:p>
            <w:pPr>
              <w:jc w:val="center"/>
            </w:pPr>
            <w:r>
              <w:rPr>
                <w:sz w:val="22"/>
              </w:rPr>
              <w:t>10</w:t>
            </w:r>
          </w:p>
        </w:tc>
        <w:tc>
          <w:tcPr>
            <w:tcW w:type="dxa" w:w="794"/>
          </w:tcPr>
          <w:p>
            <w:pPr>
              <w:jc w:val="center"/>
            </w:pPr>
            <w:r>
              <w:rPr>
                <w:sz w:val="22"/>
              </w:rPr>
              <w:t>13</w:t>
            </w:r>
          </w:p>
        </w:tc>
        <w:tc>
          <w:tcPr>
            <w:tcW w:type="dxa" w:w="794"/>
          </w:tcPr>
          <w:p>
            <w:pPr>
              <w:jc w:val="center"/>
            </w:pPr>
            <w:r>
              <w:rPr>
                <w:sz w:val="22"/>
              </w:rPr>
              <w:t>13</w:t>
            </w:r>
          </w:p>
        </w:tc>
        <w:tc>
          <w:tcPr>
            <w:tcW w:type="dxa" w:w="907"/>
          </w:tcPr>
          <w:p>
            <w:pPr>
              <w:jc w:val="center"/>
            </w:pPr>
            <w:r>
              <w:rPr>
                <w:sz w:val="22"/>
              </w:rPr>
              <w:t>36</w:t>
            </w:r>
          </w:p>
        </w:tc>
      </w:tr>
    </w:tbl>
    <w:p>
      <w:pPr>
        <w:jc w:val="both"/>
      </w:pPr>
    </w:p>
    <w:p>
      <w:pPr>
        <w:keepNext/>
        <w:jc w:val="both"/>
      </w:pPr>
    </w:p>
    <w:p>
      <w:pPr>
        <w:keepNext w:val="0"/>
        <w:jc w:val="both"/>
      </w:pPr>
    </w:p>
    <w:p>
      <w:pPr>
        <w:keepNext/>
        <w:ind w:left="357"/>
        <w:jc w:val="both"/>
      </w:pPr>
      <w:r>
        <w:t>Second iteration</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13</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11</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12</w:t>
            </w:r>
          </w:p>
        </w:tc>
      </w:tr>
      <w:tr>
        <w:trPr>
          <w:trHeight w:val="369"/>
          <w:cantSplit/>
        </w:trPr>
        <w:tc>
          <w:tcPr>
            <w:tcW w:type="dxa" w:w="1134"/>
          </w:tcPr>
          <w:p>
            <w:pPr>
              <w:jc w:val="center"/>
            </w:pPr>
            <w:r>
              <w:rPr>
                <w:b/>
                <w:sz w:val="22"/>
              </w:rPr>
              <w:t>Demand</w:t>
            </w:r>
          </w:p>
        </w:tc>
        <w:tc>
          <w:tcPr>
            <w:tcW w:type="dxa" w:w="794"/>
          </w:tcPr>
          <w:p>
            <w:pPr>
              <w:jc w:val="center"/>
            </w:pPr>
            <w:r>
              <w:rPr>
                <w:sz w:val="22"/>
              </w:rPr>
              <w:t>10</w:t>
            </w:r>
          </w:p>
        </w:tc>
        <w:tc>
          <w:tcPr>
            <w:tcW w:type="dxa" w:w="794"/>
          </w:tcPr>
          <w:p>
            <w:pPr>
              <w:jc w:val="center"/>
            </w:pPr>
            <w:r>
              <w:rPr>
                <w:sz w:val="22"/>
              </w:rPr>
              <w:t>13</w:t>
            </w:r>
          </w:p>
        </w:tc>
        <w:tc>
          <w:tcPr>
            <w:tcW w:type="dxa" w:w="794"/>
          </w:tcPr>
          <w:p>
            <w:pPr>
              <w:jc w:val="center"/>
            </w:pPr>
            <w:r>
              <w:rPr>
                <w:sz w:val="22"/>
              </w:rPr>
              <w:t>13</w:t>
            </w:r>
          </w:p>
        </w:tc>
        <w:tc>
          <w:tcPr>
            <w:tcW w:type="dxa" w:w="907"/>
          </w:tcPr>
          <w:p>
            <w:pPr>
              <w:jc w:val="center"/>
            </w:pPr>
            <w:r>
              <w:rPr>
                <w:sz w:val="22"/>
              </w:rPr>
              <w:t>36</w:t>
            </w: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Stock</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13</w:t>
            </w: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11</w:t>
            </w: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r>
              <w:rPr>
                <w:sz w:val="22"/>
              </w:rPr>
              <w:t>12</w:t>
            </w:r>
          </w:p>
        </w:tc>
      </w:tr>
      <w:tr>
        <w:trPr>
          <w:trHeight w:val="369"/>
          <w:cantSplit/>
        </w:trPr>
        <w:tc>
          <w:tcPr>
            <w:tcW w:type="dxa" w:w="1134"/>
          </w:tcPr>
          <w:p>
            <w:pPr>
              <w:jc w:val="center"/>
            </w:pPr>
            <w:r>
              <w:rPr>
                <w:b/>
                <w:sz w:val="22"/>
              </w:rPr>
              <w:t>Demand</w:t>
            </w:r>
          </w:p>
        </w:tc>
        <w:tc>
          <w:tcPr>
            <w:tcW w:type="dxa" w:w="794"/>
          </w:tcPr>
          <w:p>
            <w:pPr>
              <w:jc w:val="center"/>
            </w:pPr>
            <w:r>
              <w:rPr>
                <w:sz w:val="22"/>
              </w:rPr>
              <w:t>10</w:t>
            </w:r>
          </w:p>
        </w:tc>
        <w:tc>
          <w:tcPr>
            <w:tcW w:type="dxa" w:w="794"/>
          </w:tcPr>
          <w:p>
            <w:pPr>
              <w:jc w:val="center"/>
            </w:pPr>
            <w:r>
              <w:rPr>
                <w:sz w:val="22"/>
              </w:rPr>
              <w:t>13</w:t>
            </w:r>
          </w:p>
        </w:tc>
        <w:tc>
          <w:tcPr>
            <w:tcW w:type="dxa" w:w="794"/>
          </w:tcPr>
          <w:p>
            <w:pPr>
              <w:jc w:val="center"/>
            </w:pPr>
            <w:r>
              <w:rPr>
                <w:sz w:val="22"/>
              </w:rPr>
              <w:t>13</w:t>
            </w:r>
          </w:p>
        </w:tc>
        <w:tc>
          <w:tcPr>
            <w:tcW w:type="dxa" w:w="907"/>
          </w:tcPr>
          <w:p>
            <w:pPr>
              <w:jc w:val="center"/>
            </w:pPr>
            <w:r>
              <w:rPr>
                <w:sz w:val="22"/>
              </w:rPr>
              <w:t>36</w:t>
            </w:r>
          </w:p>
        </w:tc>
      </w:tr>
    </w:tbl>
    <w:p>
      <w:pPr>
        <w:jc w:val="both"/>
      </w:pPr>
    </w:p>
    <w:p>
      <w:pPr>
        <w:keepNext/>
        <w:jc w:val="both"/>
      </w:pPr>
    </w:p>
    <w:p>
      <w:pPr>
        <w:keepNext w:val="0"/>
        <w:jc w:val="both"/>
      </w:pPr>
    </w:p>
    <w:p>
      <w:pPr>
        <w:keepNext/>
        <w:ind w:left="357"/>
        <w:jc w:val="both"/>
      </w:pPr>
      <w:r>
        <w:t>Third iteration</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X</w:t>
            </w:r>
          </w:p>
        </w:tc>
        <w:tc>
          <w:tcPr>
            <w:tcW w:type="dxa" w:w="794"/>
          </w:tcPr>
          <w:p>
            <w:pPr>
              <w:keepNext/>
              <w:jc w:val="center"/>
            </w:pPr>
            <w:r>
              <w:rPr>
                <w:b/>
                <w:sz w:val="22"/>
              </w:rPr>
              <w:t>Y</w:t>
            </w:r>
          </w:p>
        </w:tc>
        <w:tc>
          <w:tcPr>
            <w:tcW w:type="dxa" w:w="794"/>
          </w:tcPr>
          <w:p>
            <w:pPr>
              <w:keepNext/>
              <w:jc w:val="center"/>
            </w:pPr>
            <w:r>
              <w:rPr>
                <w:b/>
                <w:sz w:val="22"/>
              </w:rPr>
              <w:t>Z</w:t>
            </w:r>
          </w:p>
        </w:tc>
        <w:tc>
          <w:tcPr>
            <w:tcW w:type="dxa" w:w="907"/>
          </w:tcPr>
          <w:p>
            <w:pPr>
              <w:keepNext/>
              <w:jc w:val="center"/>
            </w:pPr>
            <w:r>
              <w:rPr>
                <w:b/>
                <w:sz w:val="22"/>
              </w:rPr>
              <w:t>S(·)</w:t>
            </w:r>
          </w:p>
        </w:tc>
      </w:tr>
      <w:tr>
        <w:trPr>
          <w:trHeight w:val="369"/>
          <w:cantSplit/>
        </w:trPr>
        <w:tc>
          <w:tcPr>
            <w:tcW w:type="dxa" w:w="1134"/>
          </w:tcPr>
          <w:p>
            <w:pPr>
              <w:keepNext/>
              <w:jc w:val="center"/>
            </w:pPr>
            <w:r>
              <w:rPr>
                <w:b/>
                <w:sz w:val="22"/>
              </w:rPr>
              <w:t>A</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B</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keepNext/>
              <w:jc w:val="center"/>
            </w:pPr>
            <w:r>
              <w:rPr>
                <w:b/>
                <w:sz w:val="22"/>
              </w:rPr>
              <w:t>C</w:t>
            </w:r>
          </w:p>
        </w:tc>
        <w:tc>
          <w:tcPr>
            <w:tcW w:type="dxa" w:w="794"/>
          </w:tcPr>
          <w:p>
            <w:pPr>
              <w:keepNext/>
              <w:jc w:val="center"/>
            </w:pPr>
          </w:p>
        </w:tc>
        <w:tc>
          <w:tcPr>
            <w:tcW w:type="dxa" w:w="794"/>
          </w:tcPr>
          <w:p>
            <w:pPr>
              <w:keepNext/>
              <w:jc w:val="center"/>
            </w:pPr>
          </w:p>
        </w:tc>
        <w:tc>
          <w:tcPr>
            <w:tcW w:type="dxa" w:w="794"/>
          </w:tcPr>
          <w:p>
            <w:pPr>
              <w:keepNext/>
              <w:jc w:val="center"/>
            </w:pPr>
          </w:p>
        </w:tc>
        <w:tc>
          <w:tcPr>
            <w:tcW w:type="dxa" w:w="907"/>
          </w:tcPr>
          <w:p>
            <w:pPr>
              <w:keepNext/>
              <w:jc w:val="center"/>
            </w:pPr>
          </w:p>
        </w:tc>
      </w:tr>
      <w:tr>
        <w:trPr>
          <w:trHeight w:val="369"/>
          <w:cantSplit/>
        </w:trPr>
        <w:tc>
          <w:tcPr>
            <w:tcW w:type="dxa" w:w="1134"/>
          </w:tcPr>
          <w:p>
            <w:pPr>
              <w:jc w:val="center"/>
            </w:pPr>
            <w:r>
              <w:rPr>
                <w:b/>
                <w:sz w:val="22"/>
              </w:rPr>
              <w:t>D(·)</w:t>
            </w:r>
          </w:p>
        </w:tc>
        <w:tc>
          <w:tcPr>
            <w:tcW w:type="dxa" w:w="794"/>
          </w:tcPr>
          <w:p>
            <w:pPr>
              <w:jc w:val="center"/>
            </w:pPr>
          </w:p>
        </w:tc>
        <w:tc>
          <w:tcPr>
            <w:tcW w:type="dxa" w:w="794"/>
          </w:tcPr>
          <w:p>
            <w:pPr>
              <w:jc w:val="center"/>
            </w:pPr>
          </w:p>
        </w:tc>
        <w:tc>
          <w:tcPr>
            <w:tcW w:type="dxa" w:w="794"/>
          </w:tcPr>
          <w:p>
            <w:pPr>
              <w:jc w:val="center"/>
            </w:pPr>
          </w:p>
        </w:tc>
        <w:tc>
          <w:tcPr>
            <w:tcW w:type="dxa" w:w="907"/>
          </w:tcPr>
          <w:p>
            <w:pPr>
              <w:jc w:val="center"/>
            </w:pPr>
          </w:p>
        </w:tc>
      </w:tr>
    </w:tbl>
    <w:p>
      <w:pPr>
        <w:jc w:val="both"/>
      </w:pPr>
    </w:p>
    <w:p>
      <w:pPr>
        <w:keepNext/>
        <w:jc w:val="both"/>
      </w:pPr>
    </w:p>
    <w:p>
      <w:pPr>
        <w:keepNext/>
        <w:jc w:val="both"/>
      </w:pPr>
    </w:p>
    <w:p>
      <w:pPr>
        <w:keepNext/>
        <w:jc w:val="both"/>
      </w:pPr>
    </w:p>
    <w:p>
      <w:pPr>
        <w:keepNext/>
        <w:jc w:val="both"/>
      </w:pPr>
    </w:p>
    <w:p>
      <w:pPr>
        <w:keepNext w:val="0"/>
        <w:jc w:val="both"/>
      </w:pPr>
    </w:p>
    <w:p>
      <w:pPr>
        <w:pageBreakBefore/>
        <w:jc w:val="center"/>
      </w:pPr>
      <w:r>
        <w:rPr>
          <w:b/>
          <w:sz w:val="32"/>
          <w:u w:val="single"/>
        </w:rPr>
        <w:t>1E Linear Programming</w:t>
      </w:r>
    </w:p>
    <w:p>
      <w:pPr>
        <w:keepNext/>
        <w:jc w:val="both"/>
      </w:pPr>
      <w:r>
        <w:t>Decision variables for a transportation problem:</w:t>
      </w:r>
    </w:p>
    <w:p>
      <w:pPr>
        <w:keepNext/>
        <w:jc w:val="both"/>
      </w:pPr>
    </w:p>
    <w:p>
      <w:pPr>
        <w:keepNext w:val="0"/>
        <w:jc w:val="both"/>
      </w:pPr>
    </w:p>
    <w:p>
      <w:pPr>
        <w:keepNext/>
        <w:jc w:val="both"/>
      </w:pPr>
      <w:r>
        <w:t>The objective:</w:t>
      </w:r>
    </w:p>
    <w:p>
      <w:pPr>
        <w:keepNext/>
        <w:jc w:val="both"/>
      </w:pPr>
    </w:p>
    <w:p>
      <w:pPr>
        <w:keepNext w:val="0"/>
        <w:jc w:val="both"/>
      </w:pPr>
    </w:p>
    <w:p>
      <w:pPr>
        <w:keepNext/>
        <w:jc w:val="both"/>
      </w:pPr>
      <w:r>
        <w:t>Supply constraints use:</w:t>
      </w:r>
    </w:p>
    <w:p>
      <w:pPr>
        <w:keepNext w:val="0"/>
        <w:jc w:val="both"/>
      </w:pPr>
    </w:p>
    <w:p>
      <w:pPr>
        <w:keepNext/>
        <w:jc w:val="both"/>
      </w:pPr>
      <w:r>
        <w:t>Demand constraints use:</w:t>
      </w:r>
    </w:p>
    <w:p>
      <w:pPr>
        <w:keepNext w:val="0"/>
        <w:jc w:val="both"/>
      </w:pPr>
    </w:p>
    <w:p>
      <w:pPr>
        <w:keepNext/>
        <w:jc w:val="both"/>
      </w:pPr>
      <w:r>
        <w:t>The standard way of presenting a transportation problem as a linear programming problem:</w:t>
      </w:r>
    </w:p>
    <w:p>
      <w:pPr>
        <w:keepNext/>
        <w:jc w:val="both"/>
      </w:pPr>
    </w:p>
    <w:p>
      <w:pPr>
        <w:keepNext/>
        <w:jc w:val="both"/>
      </w:pPr>
    </w:p>
    <w:p>
      <w:pPr>
        <w:keepNext/>
        <w:jc w:val="both"/>
      </w:pPr>
    </w:p>
    <w:p>
      <w:pPr>
        <w:keepNext w:val="0"/>
        <w:jc w:val="both"/>
      </w:pPr>
    </w:p>
    <w:p>
      <w:pPr>
        <w:keepNext/>
        <w:jc w:val="both"/>
      </w:pPr>
      <w:r>
        <w:t>Balanced problems and equalities:</w:t>
      </w:r>
    </w:p>
    <w:p>
      <w:pPr>
        <w:keepNext/>
        <w:jc w:val="both"/>
      </w:pPr>
    </w:p>
    <w:p>
      <w:pPr>
        <w:keepNext w:val="0"/>
        <w:jc w:val="both"/>
      </w:pPr>
    </w:p>
    <w:p>
      <w:pPr>
        <w:keepNext/>
        <w:jc w:val="both"/>
      </w:pPr>
      <w:r>
        <w:t>Sigma notation:</w:t>
      </w:r>
    </w:p>
    <w:p>
      <w:pPr>
        <w:keepNext/>
        <w:jc w:val="both"/>
      </w:pPr>
    </w:p>
    <w:p>
      <w:pPr>
        <w:keepNext w:val="0"/>
        <w:jc w:val="both"/>
      </w:pPr>
    </w:p>
    <w:p>
      <w:pPr>
        <w:keepNext/>
        <w:ind w:left="357" w:hanging="357"/>
        <w:jc w:val="both"/>
      </w:pPr>
      <w:r>
        <w:t>1.</w:t>
        <w:tab/>
        <w:t>Formulate the transportation problem below as a linear programming problem. You must state your decision variables, objective and constraints.</w:t>
      </w:r>
    </w:p>
    <w:tbl>
      <w:tblPr>
        <w:tblStyle w:val="TableGrid"/>
        <w:tblW w:type="auto" w:w="0"/>
        <w:jc w:val="center"/>
        <w:tblLayout w:type="fixed"/>
        <w:tblLook w:firstColumn="1" w:firstRow="1" w:lastColumn="0" w:lastRow="0" w:noHBand="0" w:noVBand="1" w:val="04A0"/>
      </w:tblPr>
      <w:tblGrid>
        <w:gridCol w:w="1134"/>
        <w:gridCol w:w="793"/>
        <w:gridCol w:w="793"/>
        <w:gridCol w:w="793"/>
        <w:gridCol w:w="907"/>
      </w:tblGrid>
      <w:tr>
        <w:trPr>
          <w:trHeight w:val="369"/>
          <w:cantSplit/>
        </w:trPr>
        <w:tc>
          <w:tcPr>
            <w:tcW w:type="dxa" w:w="1134"/>
          </w:tcPr>
          <w:p>
            <w:pPr>
              <w:keepNext/>
              <w:jc w:val="center"/>
            </w:pPr>
          </w:p>
        </w:tc>
        <w:tc>
          <w:tcPr>
            <w:tcW w:type="dxa" w:w="794"/>
          </w:tcPr>
          <w:p>
            <w:pPr>
              <w:keepNext/>
              <w:jc w:val="center"/>
            </w:pPr>
            <w:r>
              <w:rPr>
                <w:b/>
                <w:sz w:val="22"/>
              </w:rPr>
              <w:t>R</w:t>
            </w:r>
          </w:p>
        </w:tc>
        <w:tc>
          <w:tcPr>
            <w:tcW w:type="dxa" w:w="794"/>
          </w:tcPr>
          <w:p>
            <w:pPr>
              <w:keepNext/>
              <w:jc w:val="center"/>
            </w:pPr>
            <w:r>
              <w:rPr>
                <w:b/>
                <w:sz w:val="22"/>
              </w:rPr>
              <w:t>S</w:t>
            </w:r>
          </w:p>
        </w:tc>
        <w:tc>
          <w:tcPr>
            <w:tcW w:type="dxa" w:w="794"/>
          </w:tcPr>
          <w:p>
            <w:pPr>
              <w:keepNext/>
              <w:jc w:val="center"/>
            </w:pPr>
            <w:r>
              <w:rPr>
                <w:b/>
                <w:sz w:val="22"/>
              </w:rPr>
              <w:t>T</w:t>
            </w:r>
          </w:p>
        </w:tc>
        <w:tc>
          <w:tcPr>
            <w:tcW w:type="dxa" w:w="907"/>
          </w:tcPr>
          <w:p>
            <w:pPr>
              <w:keepNext/>
              <w:jc w:val="center"/>
            </w:pPr>
            <w:r>
              <w:rPr>
                <w:b/>
                <w:sz w:val="22"/>
              </w:rPr>
              <w:t>Supply</w:t>
            </w:r>
          </w:p>
        </w:tc>
      </w:tr>
      <w:tr>
        <w:trPr>
          <w:trHeight w:val="369"/>
          <w:cantSplit/>
        </w:trPr>
        <w:tc>
          <w:tcPr>
            <w:tcW w:type="dxa" w:w="1134"/>
          </w:tcPr>
          <w:p>
            <w:pPr>
              <w:keepNext/>
              <w:jc w:val="center"/>
            </w:pPr>
            <w:r>
              <w:rPr>
                <w:b/>
                <w:sz w:val="22"/>
              </w:rPr>
              <w:t>A</w:t>
            </w:r>
          </w:p>
        </w:tc>
        <w:tc>
          <w:tcPr>
            <w:tcW w:type="dxa" w:w="794"/>
          </w:tcPr>
          <w:p>
            <w:pPr>
              <w:keepNext/>
              <w:jc w:val="center"/>
            </w:pPr>
            <w:r>
              <w:rPr>
                <w:sz w:val="22"/>
              </w:rPr>
              <w:t>3</w:t>
            </w:r>
          </w:p>
        </w:tc>
        <w:tc>
          <w:tcPr>
            <w:tcW w:type="dxa" w:w="794"/>
          </w:tcPr>
          <w:p>
            <w:pPr>
              <w:keepNext/>
              <w:jc w:val="center"/>
            </w:pPr>
            <w:r>
              <w:rPr>
                <w:sz w:val="22"/>
              </w:rPr>
              <w:t>3</w:t>
            </w:r>
          </w:p>
        </w:tc>
        <w:tc>
          <w:tcPr>
            <w:tcW w:type="dxa" w:w="794"/>
          </w:tcPr>
          <w:p>
            <w:pPr>
              <w:keepNext/>
              <w:jc w:val="center"/>
            </w:pPr>
            <w:r>
              <w:rPr>
                <w:sz w:val="22"/>
              </w:rPr>
              <w:t>2</w:t>
            </w:r>
          </w:p>
        </w:tc>
        <w:tc>
          <w:tcPr>
            <w:tcW w:type="dxa" w:w="907"/>
          </w:tcPr>
          <w:p>
            <w:pPr>
              <w:keepNext/>
              <w:jc w:val="center"/>
            </w:pPr>
            <w:r>
              <w:rPr>
                <w:sz w:val="22"/>
              </w:rPr>
              <w:t>25</w:t>
            </w:r>
          </w:p>
        </w:tc>
      </w:tr>
      <w:tr>
        <w:trPr>
          <w:trHeight w:val="369"/>
          <w:cantSplit/>
        </w:trPr>
        <w:tc>
          <w:tcPr>
            <w:tcW w:type="dxa" w:w="1134"/>
          </w:tcPr>
          <w:p>
            <w:pPr>
              <w:keepNext/>
              <w:jc w:val="center"/>
            </w:pPr>
            <w:r>
              <w:rPr>
                <w:b/>
                <w:sz w:val="22"/>
              </w:rPr>
              <w:t>B</w:t>
            </w:r>
          </w:p>
        </w:tc>
        <w:tc>
          <w:tcPr>
            <w:tcW w:type="dxa" w:w="794"/>
          </w:tcPr>
          <w:p>
            <w:pPr>
              <w:keepNext/>
              <w:jc w:val="center"/>
            </w:pPr>
            <w:r>
              <w:rPr>
                <w:sz w:val="22"/>
              </w:rPr>
              <w:t>4</w:t>
            </w:r>
          </w:p>
        </w:tc>
        <w:tc>
          <w:tcPr>
            <w:tcW w:type="dxa" w:w="794"/>
          </w:tcPr>
          <w:p>
            <w:pPr>
              <w:keepNext/>
              <w:jc w:val="center"/>
            </w:pPr>
            <w:r>
              <w:rPr>
                <w:sz w:val="22"/>
              </w:rPr>
              <w:t>2</w:t>
            </w:r>
          </w:p>
        </w:tc>
        <w:tc>
          <w:tcPr>
            <w:tcW w:type="dxa" w:w="794"/>
          </w:tcPr>
          <w:p>
            <w:pPr>
              <w:keepNext/>
              <w:jc w:val="center"/>
            </w:pPr>
            <w:r>
              <w:rPr>
                <w:sz w:val="22"/>
              </w:rPr>
              <w:t>3</w:t>
            </w:r>
          </w:p>
        </w:tc>
        <w:tc>
          <w:tcPr>
            <w:tcW w:type="dxa" w:w="907"/>
          </w:tcPr>
          <w:p>
            <w:pPr>
              <w:keepNext/>
              <w:jc w:val="center"/>
            </w:pPr>
            <w:r>
              <w:rPr>
                <w:sz w:val="22"/>
              </w:rPr>
              <w:t>40</w:t>
            </w:r>
          </w:p>
        </w:tc>
      </w:tr>
      <w:tr>
        <w:trPr>
          <w:trHeight w:val="369"/>
          <w:cantSplit/>
        </w:trPr>
        <w:tc>
          <w:tcPr>
            <w:tcW w:type="dxa" w:w="1134"/>
          </w:tcPr>
          <w:p>
            <w:pPr>
              <w:keepNext/>
              <w:jc w:val="center"/>
            </w:pPr>
            <w:r>
              <w:rPr>
                <w:b/>
                <w:sz w:val="22"/>
              </w:rPr>
              <w:t>C</w:t>
            </w:r>
          </w:p>
        </w:tc>
        <w:tc>
          <w:tcPr>
            <w:tcW w:type="dxa" w:w="794"/>
          </w:tcPr>
          <w:p>
            <w:pPr>
              <w:keepNext/>
              <w:jc w:val="center"/>
            </w:pPr>
            <w:r>
              <w:rPr>
                <w:sz w:val="22"/>
              </w:rPr>
              <w:t>3</w:t>
            </w:r>
          </w:p>
        </w:tc>
        <w:tc>
          <w:tcPr>
            <w:tcW w:type="dxa" w:w="794"/>
          </w:tcPr>
          <w:p>
            <w:pPr>
              <w:keepNext/>
              <w:jc w:val="center"/>
            </w:pPr>
            <w:r>
              <w:rPr>
                <w:sz w:val="22"/>
              </w:rPr>
              <w:t>4</w:t>
            </w:r>
          </w:p>
        </w:tc>
        <w:tc>
          <w:tcPr>
            <w:tcW w:type="dxa" w:w="794"/>
          </w:tcPr>
          <w:p>
            <w:pPr>
              <w:keepNext/>
              <w:jc w:val="center"/>
            </w:pPr>
            <w:r>
              <w:rPr>
                <w:sz w:val="22"/>
              </w:rPr>
              <w:t>3</w:t>
            </w:r>
          </w:p>
        </w:tc>
        <w:tc>
          <w:tcPr>
            <w:tcW w:type="dxa" w:w="907"/>
          </w:tcPr>
          <w:p>
            <w:pPr>
              <w:keepNext/>
              <w:jc w:val="center"/>
            </w:pPr>
            <w:r>
              <w:rPr>
                <w:sz w:val="22"/>
              </w:rPr>
              <w:t>31</w:t>
            </w:r>
          </w:p>
        </w:tc>
      </w:tr>
      <w:tr>
        <w:trPr>
          <w:trHeight w:val="369"/>
          <w:cantSplit/>
        </w:trPr>
        <w:tc>
          <w:tcPr>
            <w:tcW w:type="dxa" w:w="1134"/>
          </w:tcPr>
          <w:p>
            <w:pPr>
              <w:jc w:val="center"/>
            </w:pPr>
            <w:r>
              <w:rPr>
                <w:b/>
                <w:sz w:val="22"/>
              </w:rPr>
              <w:t>Demand</w:t>
            </w:r>
          </w:p>
        </w:tc>
        <w:tc>
          <w:tcPr>
            <w:tcW w:type="dxa" w:w="794"/>
          </w:tcPr>
          <w:p>
            <w:pPr>
              <w:jc w:val="center"/>
            </w:pPr>
            <w:r>
              <w:rPr>
                <w:sz w:val="22"/>
              </w:rPr>
              <w:t>30</w:t>
            </w:r>
          </w:p>
        </w:tc>
        <w:tc>
          <w:tcPr>
            <w:tcW w:type="dxa" w:w="794"/>
          </w:tcPr>
          <w:p>
            <w:pPr>
              <w:jc w:val="center"/>
            </w:pPr>
            <w:r>
              <w:rPr>
                <w:sz w:val="22"/>
              </w:rPr>
              <w:t>30</w:t>
            </w:r>
          </w:p>
        </w:tc>
        <w:tc>
          <w:tcPr>
            <w:tcW w:type="dxa" w:w="794"/>
          </w:tcPr>
          <w:p>
            <w:pPr>
              <w:jc w:val="center"/>
            </w:pPr>
            <w:r>
              <w:rPr>
                <w:sz w:val="22"/>
              </w:rPr>
              <w:t>36</w:t>
            </w:r>
          </w:p>
        </w:tc>
        <w:tc>
          <w:tcPr>
            <w:tcW w:type="dxa" w:w="907"/>
          </w:tcPr>
          <w:p>
            <w:pPr>
              <w:jc w:val="center"/>
            </w:pPr>
            <w:r>
              <w:rPr>
                <w:sz w:val="22"/>
              </w:rPr>
              <w:t>96</w:t>
            </w:r>
          </w:p>
        </w:tc>
      </w:tr>
    </w:tbl>
    <w:p>
      <w:pPr>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