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7B Solving First-Order Recurrence Relations</w:t>
      </w:r>
    </w:p>
    <w:p>
      <w:pPr>
        <w:keepNext w:val="0"/>
        <w:jc w:val="left"/>
      </w:pPr>
      <w:r>
        <w:t>The order of 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 first-order linear recurrence relation can be written in the form:</w:t>
      </w:r>
    </w:p>
    <w:p>
      <w:pPr>
        <w:jc w:val="left"/>
      </w:pPr>
    </w:p>
    <w:p>
      <w:pPr>
        <w:keepNext w:val="0"/>
        <w:jc w:val="left"/>
      </w:pPr>
      <w:r>
        <w:t>It is homogeneous when:</w:t>
      </w:r>
    </w:p>
    <w:p>
      <w:pPr>
        <w:jc w:val="left"/>
      </w:pPr>
    </w:p>
    <w:p>
      <w:pPr>
        <w:keepNext w:val="0"/>
        <w:jc w:val="left"/>
      </w:pPr>
      <w:r>
        <w:t>Back substitution: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Find a closed form for the sequence a</w:t>
      </w:r>
      <w:r>
        <w:rPr>
          <w:vertAlign w:val="subscript"/>
        </w:rPr>
        <w:t>n</w:t>
      </w:r>
      <w:r>
        <w:t xml:space="preserve"> = 5a</w:t>
      </w:r>
      <w:r>
        <w:rPr>
          <w:vertAlign w:val="subscript"/>
        </w:rPr>
        <w:t>n−1</w:t>
      </w:r>
      <w:r>
        <w:t>, n &gt; 0; a</w:t>
      </w:r>
      <w:r>
        <w:rPr>
          <w:vertAlign w:val="subscript"/>
        </w:rPr>
        <w:t>0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the first-order 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is: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Solve the recurrence relation a</w:t>
      </w:r>
      <w:r>
        <w:rPr>
          <w:vertAlign w:val="subscript"/>
        </w:rPr>
        <w:t>n</w:t>
      </w:r>
      <w:r>
        <w:t xml:space="preserve"> = 2a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0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General solution and particular solution: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−3a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1</w:t>
      </w:r>
      <w:r>
        <w:t xml:space="preserve"> = 6.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Find a solution to the recurrence relation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n, n ≥ 1, with u</w:t>
      </w:r>
      <w:r>
        <w:rPr>
          <w:vertAlign w:val="subscript"/>
        </w:rPr>
        <w:t>0</w:t>
      </w:r>
      <w:r>
        <w:t xml:space="preserve"> = 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g(n) is: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  <w:t>Solve the following recurrence relations.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+ 2n + 1, n ≥ 1, with u</w:t>
      </w:r>
      <w:r>
        <w:rPr>
          <w:vertAlign w:val="subscript"/>
        </w:rPr>
        <w:t>0</w:t>
      </w:r>
      <w:r>
        <w:t xml:space="preserve"> = 7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+ 5</w:t>
      </w:r>
      <w:r>
        <w:rPr>
          <w:vertAlign w:val="superscript"/>
        </w:rPr>
        <w:t>n</w:t>
      </w:r>
      <w:r>
        <w:t>, n ∈ ℕ, with u</w:t>
      </w:r>
      <w:r>
        <w:rPr>
          <w:vertAlign w:val="subscript"/>
        </w:rPr>
        <w:t>1</w:t>
      </w:r>
      <w:r>
        <w:t xml:space="preserve"> = 3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g(n): complementary function (C.F.) and particular solution (P.S.):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a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ka</w:t>
            </w:r>
            <w:r>
              <w:rPr>
                <w:b/>
                <w:sz w:val="22"/>
                <w:vertAlign w:val="superscript"/>
              </w:rPr>
              <w:t>n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pn + q with a = 1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Solve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 xml:space="preserve"> + 2n, n ∈ ℤ</w:t>
      </w:r>
      <w:r>
        <w:rPr>
          <w:vertAlign w:val="superscript"/>
        </w:rPr>
        <w:t>+</w:t>
      </w:r>
      <w:r>
        <w:t>, with u</w:t>
      </w:r>
      <w:r>
        <w:rPr>
          <w:vertAlign w:val="subscript"/>
        </w:rPr>
        <w:t>1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7.</w:t>
        <w:tab/>
        <w:t>The Tower of Hanoi puzzle involves transferring a pile of different sized disks from one peg to another using an intermediate peg. The rules are: only one disk at a time can be moved; a disk can only be moved if it is the top disk on a pile; a larger disk can never be placed on a smaller one.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08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o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08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left"/>
      </w:pPr>
      <w:r>
        <w:t>a)</w:t>
        <w:tab/>
        <w:t>Find the minimum number of moves needed to transfer two disks from one peg to another.</w:t>
      </w: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Show that three disks can be transferred from one peg to another in 7 moves.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Disk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From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1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2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3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4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5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6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Move 7</w:t>
            </w: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Explain why the minimum number of moves, d</w:t>
      </w:r>
      <w:r>
        <w:rPr>
          <w:vertAlign w:val="subscript"/>
        </w:rPr>
        <w:t>n</w:t>
      </w:r>
      <w:r>
        <w:t>, needed to transfer n disks from one peg to another satisfies the recurrence relation d</w:t>
      </w:r>
      <w:r>
        <w:rPr>
          <w:vertAlign w:val="subscript"/>
        </w:rPr>
        <w:t>n</w:t>
      </w:r>
      <w:r>
        <w:t xml:space="preserve"> = 2d</w:t>
      </w:r>
      <w:r>
        <w:rPr>
          <w:vertAlign w:val="subscript"/>
        </w:rPr>
        <w:t>n−1</w:t>
      </w:r>
      <w:r>
        <w:t xml:space="preserve"> + 1, with d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d)</w:t>
        <w:tab/>
        <w:t>Solve this recurrence relation for d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e)</w:t>
        <w:tab/>
        <w:t>Hence determine the minimum number of moves needed to transfer 15 disks from one peg to another.</w:t>
      </w: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