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6D Converting Games to Linear Programming Problems</w:t>
      </w:r>
    </w:p>
    <w:p>
      <w:pPr>
        <w:keepNext/>
        <w:jc w:val="both"/>
      </w:pPr>
      <w:r>
        <w:t>When do you formulate a game as a linear programming problem?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Before formulating, always check for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formulate a game as a linear programming problem:</w:t>
      </w: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Alf and Bert play a zero-sum game, represented by the pay-off matrix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−6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Formulate the game above as a linear programming problem for player A, writing the constraints as equations and defining your variables clearly.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Write down an initial simplex tableau for this problem.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p₂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p₃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Value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Outline how you would change the method to formulate the game as a linear programming problem for player B. (You do not need to formulate the problem.)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Why replace p₁ + p₂ + p₃ = 1 by p₁ + p₂ + p₃ ≤ 1?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Jenny and Merry play a zero-sum game, represented by the pay-off matrix for Jenny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Convert the game into a linear programming problem for Jenny, defining your decision variables. You should write the constraints as equations.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J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Write down an initial simplex tableau, making your variables clear.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p₂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p₃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Value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Using the simplex algorithm, the solution obtained is p₁ = 0, p₂ = 3/7, p₃ = 4/7. Find the value of the game to Jenny.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at the end you must ...</w:t>
      </w: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