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6C Optimal Strategies for Games with No Stable Solution</w:t>
      </w:r>
    </w:p>
    <w:p>
      <w:pPr>
        <w:keepNext/>
        <w:jc w:val="both"/>
      </w:pPr>
      <w:r>
        <w:t>Mixed strategy: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Expected pay-off: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two-player zero-sum game is represented by the following pay-off matrix.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Player A is considering three different mixed strategies:</w:t>
      </w:r>
    </w:p>
    <w:p>
      <w:pPr>
        <w:keepNext/>
        <w:ind w:left="357"/>
        <w:jc w:val="both"/>
      </w:pPr>
      <w:r>
        <w:t>Strategy X: play row 1 with probability 0.5 and row 2 with probability 0.5</w:t>
      </w:r>
    </w:p>
    <w:p>
      <w:pPr>
        <w:keepNext/>
        <w:ind w:left="357"/>
        <w:jc w:val="both"/>
      </w:pPr>
      <w:r>
        <w:t>Strategy Y: play row 1 with probability 0.6 and row 2 with probability 0.4</w:t>
      </w:r>
    </w:p>
    <w:p>
      <w:pPr>
        <w:keepNext/>
        <w:ind w:left="357"/>
        <w:jc w:val="both"/>
      </w:pPr>
      <w:r>
        <w:t>Strategy Z: play row 1 with probability 0.9 and row 2 with probability 0.1</w:t>
      </w:r>
    </w:p>
    <w:p>
      <w:pPr>
        <w:keepNext/>
        <w:ind w:left="357"/>
        <w:jc w:val="both"/>
      </w:pPr>
      <w:r>
        <w:t>Find the expected pay-offs for each mixed strategy.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If 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If 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Optimal mixed strategy for player A: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Value of a game with no stable solution: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find the optimal mixed strategy for a player with two choices in a 2 × n or n × 2 game:</w:t>
      </w: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 w:val="0"/>
        <w:jc w:val="both"/>
      </w:pPr>
    </w:p>
    <w:p>
      <w:pPr>
        <w:keepNext/>
        <w:jc w:val="both"/>
      </w:pPr>
      <w:r>
        <w:t>Rugby posts: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two-person zero-sum game is represented by the following pay-off matrix: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Find the optimal mixed strategy a for player A, b for player B. In each case state the value of the game to that player.</w:t>
      </w:r>
    </w:p>
    <w:p>
      <w:pPr>
        <w:keepNext/>
        <w:ind w:left="720" w:hanging="357"/>
        <w:jc w:val="both"/>
      </w:pPr>
      <w:r>
        <w:t>a)</w:t>
        <w:tab/>
        <w:t>For player A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423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a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4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For player B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423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b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4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In a two-person zero-sum game, if the value of the game to player A is v, then the value of the game to player B will be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Alf and Bert play a zero-sum game, represented by the pay-off matrix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Bert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Bert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Bert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Alf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Alf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Verify that this game has no stable solution.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Determine Alf’s best strategy and the value of the game to him.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176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_blan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17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there is more than one intersection point, the best strategy is given by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and B play a zero-sum game, given by the pay-off matrix below. Determine B’s best strategy, and the value of the game to 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4235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1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4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the optimal solution is not necessarily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