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6A Play-Safe Strategies and Stable Solutions</w:t>
      </w:r>
    </w:p>
    <w:p>
      <w:pPr>
        <w:keepNext/>
        <w:jc w:val="both"/>
      </w:pPr>
      <w:r>
        <w:t>Two-person game: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Pay-off matrix: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Prisoner’s Dilemma (two prisoners each choose to confess or not to confess):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Playing safe: each player looks for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Pure strategy: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In this pay-off matrix player A has a choice of four options and player B has a choice of three options. The outcomes are given as ordered pairs, (A’s winnings, B’s winnings). Determine the play-safe strategy for each player.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Worst outcome for A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(8, 2)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(0, 9)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(7, 3)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(3, 6)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(9, 0)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(2, 7)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(1, 7)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(6, 4)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(8, 1)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(4, 2)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(4, 6)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(5, 1)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Worst outcome for B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Collaborating / knowing the other player’s strategy: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Zero-sum game: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A pay-off matrix is always written from ...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play-safe strategies are:</w:t>
      </w:r>
    </w:p>
    <w:p>
      <w:pPr>
        <w:keepNext/>
        <w:ind w:left="357"/>
        <w:jc w:val="both"/>
      </w:pPr>
      <w:r>
        <w:t>•  For player A, always play the row containing the ...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For player B, always play the column containing the ...</w:t>
      </w:r>
    </w:p>
    <w:p>
      <w:pPr>
        <w:keepNext w:val="0"/>
        <w:jc w:val="both"/>
      </w:pPr>
    </w:p>
    <w:p>
      <w:pPr>
        <w:keepNext/>
        <w:jc w:val="both"/>
      </w:pPr>
      <w:r>
        <w:t>Row maximin: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Column minimax: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Determine the play-safe strategy for both players, A and B, for the game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Stable solution: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Equilibrium: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Anna and Ben play a two-person zero-sum game, which is represented by the following pay-off matrix. Find the play-safe strategy for each player and show that the game has a stable solution.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Saddle point: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Stable solution theorem: in a two-person zero-sum game there will be a stable solution if and only if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 two-person zero-sum game has a stable solution:</w:t>
      </w:r>
    </w:p>
    <w:p>
      <w:pPr>
        <w:keepNext/>
        <w:ind w:left="357"/>
        <w:jc w:val="both"/>
      </w:pPr>
      <w:r>
        <w:t>•  it must occur when ...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the value of the game to player A is ...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the value of the game to player B is ...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two-player zero-sum game has the following pay-off matrix for player 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Show that there is a stable solution.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the value of the game to A.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two-player zero-sum game has the following pay-off matrix: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Determine the play-safe strategy for each player.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Verify that there is no stable solution for this game.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State the pay-off for each player if they both play safe.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d)</w:t>
        <w:tab/>
        <w:t>Determine the pay-off matrix for 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  <w:r>
        <w:t>To write the pay-off matrix for player B: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