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2A The Hungarian Algorithm</w:t>
      </w:r>
    </w:p>
    <w:p>
      <w:pPr>
        <w:keepNext w:val="0"/>
        <w:jc w:val="both"/>
      </w:pPr>
      <w:r>
        <w:t>Allocation problem:</w:t>
      </w:r>
    </w:p>
    <w:p>
      <w:pPr>
        <w:jc w:val="both"/>
      </w:pPr>
    </w:p>
    <w:p>
      <w:pPr>
        <w:jc w:val="both"/>
      </w:pPr>
    </w:p>
    <w:p>
      <w:pPr>
        <w:jc w:val="both"/>
      </w:pPr>
    </w:p>
    <w:p>
      <w:pPr>
        <w:keepNext w:val="0"/>
        <w:jc w:val="both"/>
      </w:pPr>
      <w:r>
        <w:t>Cost matrix:</w:t>
      </w:r>
    </w:p>
    <w:p>
      <w:pPr>
        <w:jc w:val="both"/>
      </w:pPr>
    </w:p>
    <w:p>
      <w:pPr>
        <w:jc w:val="both"/>
      </w:pPr>
    </w:p>
    <w:p>
      <w:pPr>
        <w:keepNext w:val="0"/>
        <w:jc w:val="both"/>
      </w:pPr>
      <w:r>
        <w:t>To reduce the cost matrix:</w:t>
      </w:r>
    </w:p>
    <w:p>
      <w:pPr>
        <w:jc w:val="both"/>
      </w:pPr>
    </w:p>
    <w:p>
      <w:pPr>
        <w:jc w:val="both"/>
      </w:pPr>
    </w:p>
    <w:p>
      <w:pPr>
        <w:jc w:val="both"/>
      </w:pPr>
    </w:p>
    <w:p>
      <w:pPr>
        <w:jc w:val="both"/>
      </w:pPr>
    </w:p>
    <w:p>
      <w:pPr>
        <w:keepNext w:val="0"/>
        <w:jc w:val="both"/>
      </w:pPr>
      <w:r>
        <w:t>Optimal allocation:</w:t>
      </w:r>
    </w:p>
    <w:p>
      <w:pPr>
        <w:jc w:val="both"/>
      </w:pPr>
    </w:p>
    <w:p>
      <w:pPr>
        <w:jc w:val="both"/>
      </w:pPr>
    </w:p>
    <w:p>
      <w:pPr>
        <w:jc w:val="both"/>
      </w:pPr>
    </w:p>
    <w:p>
      <w:pPr>
        <w:keepNext/>
        <w:ind w:left="357" w:hanging="357"/>
        <w:jc w:val="both"/>
      </w:pPr>
      <w:r>
        <w:t>1.</w:t>
        <w:tab/>
        <w:t>The table shows the times taken, in minutes, by four workers to complete each task of a four-stage production process.</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Kris</w:t>
            </w:r>
          </w:p>
        </w:tc>
        <w:tc>
          <w:tcPr>
            <w:tcW w:type="dxa" w:w="1191"/>
          </w:tcPr>
          <w:p>
            <w:pPr>
              <w:keepNext/>
              <w:jc w:val="center"/>
            </w:pPr>
            <w:r>
              <w:rPr>
                <w:sz w:val="22"/>
              </w:rPr>
              <w:t>12</w:t>
            </w:r>
          </w:p>
        </w:tc>
        <w:tc>
          <w:tcPr>
            <w:tcW w:type="dxa" w:w="1191"/>
          </w:tcPr>
          <w:p>
            <w:pPr>
              <w:keepNext/>
              <w:jc w:val="center"/>
            </w:pPr>
            <w:r>
              <w:rPr>
                <w:sz w:val="22"/>
              </w:rPr>
              <w:t>23</w:t>
            </w:r>
          </w:p>
        </w:tc>
        <w:tc>
          <w:tcPr>
            <w:tcW w:type="dxa" w:w="1191"/>
          </w:tcPr>
          <w:p>
            <w:pPr>
              <w:keepNext/>
              <w:jc w:val="center"/>
            </w:pPr>
            <w:r>
              <w:rPr>
                <w:sz w:val="22"/>
              </w:rPr>
              <w:t>15</w:t>
            </w:r>
          </w:p>
        </w:tc>
        <w:tc>
          <w:tcPr>
            <w:tcW w:type="dxa" w:w="1191"/>
          </w:tcPr>
          <w:p>
            <w:pPr>
              <w:keepNext/>
              <w:jc w:val="center"/>
            </w:pPr>
            <w:r>
              <w:rPr>
                <w:sz w:val="22"/>
              </w:rPr>
              <w:t>40</w:t>
            </w:r>
          </w:p>
        </w:tc>
      </w:tr>
      <w:tr>
        <w:trPr>
          <w:trHeight w:val="369"/>
          <w:cantSplit/>
        </w:trPr>
        <w:tc>
          <w:tcPr>
            <w:tcW w:type="dxa" w:w="1361"/>
          </w:tcPr>
          <w:p>
            <w:pPr>
              <w:keepNext/>
              <w:jc w:val="center"/>
            </w:pPr>
            <w:r>
              <w:rPr>
                <w:b/>
                <w:sz w:val="22"/>
              </w:rPr>
              <w:t>Laura</w:t>
            </w:r>
          </w:p>
        </w:tc>
        <w:tc>
          <w:tcPr>
            <w:tcW w:type="dxa" w:w="1191"/>
          </w:tcPr>
          <w:p>
            <w:pPr>
              <w:keepNext/>
              <w:jc w:val="center"/>
            </w:pPr>
            <w:r>
              <w:rPr>
                <w:sz w:val="22"/>
              </w:rPr>
              <w:t>14</w:t>
            </w:r>
          </w:p>
        </w:tc>
        <w:tc>
          <w:tcPr>
            <w:tcW w:type="dxa" w:w="1191"/>
          </w:tcPr>
          <w:p>
            <w:pPr>
              <w:keepNext/>
              <w:jc w:val="center"/>
            </w:pPr>
            <w:r>
              <w:rPr>
                <w:sz w:val="22"/>
              </w:rPr>
              <w:t>21</w:t>
            </w:r>
          </w:p>
        </w:tc>
        <w:tc>
          <w:tcPr>
            <w:tcW w:type="dxa" w:w="1191"/>
          </w:tcPr>
          <w:p>
            <w:pPr>
              <w:keepNext/>
              <w:jc w:val="center"/>
            </w:pPr>
            <w:r>
              <w:rPr>
                <w:sz w:val="22"/>
              </w:rPr>
              <w:t>17</w:t>
            </w:r>
          </w:p>
        </w:tc>
        <w:tc>
          <w:tcPr>
            <w:tcW w:type="dxa" w:w="1191"/>
          </w:tcPr>
          <w:p>
            <w:pPr>
              <w:keepNext/>
              <w:jc w:val="center"/>
            </w:pPr>
            <w:r>
              <w:rPr>
                <w:sz w:val="22"/>
              </w:rPr>
              <w:t>20</w:t>
            </w:r>
          </w:p>
        </w:tc>
      </w:tr>
      <w:tr>
        <w:trPr>
          <w:trHeight w:val="369"/>
          <w:cantSplit/>
        </w:trPr>
        <w:tc>
          <w:tcPr>
            <w:tcW w:type="dxa" w:w="1361"/>
          </w:tcPr>
          <w:p>
            <w:pPr>
              <w:keepNext/>
              <w:jc w:val="center"/>
            </w:pPr>
            <w:r>
              <w:rPr>
                <w:b/>
                <w:sz w:val="22"/>
              </w:rPr>
              <w:t>Sam</w:t>
            </w:r>
          </w:p>
        </w:tc>
        <w:tc>
          <w:tcPr>
            <w:tcW w:type="dxa" w:w="1191"/>
          </w:tcPr>
          <w:p>
            <w:pPr>
              <w:keepNext/>
              <w:jc w:val="center"/>
            </w:pPr>
            <w:r>
              <w:rPr>
                <w:sz w:val="22"/>
              </w:rPr>
              <w:t>13</w:t>
            </w:r>
          </w:p>
        </w:tc>
        <w:tc>
          <w:tcPr>
            <w:tcW w:type="dxa" w:w="1191"/>
          </w:tcPr>
          <w:p>
            <w:pPr>
              <w:keepNext/>
              <w:jc w:val="center"/>
            </w:pPr>
            <w:r>
              <w:rPr>
                <w:sz w:val="22"/>
              </w:rPr>
              <w:t>22</w:t>
            </w:r>
          </w:p>
        </w:tc>
        <w:tc>
          <w:tcPr>
            <w:tcW w:type="dxa" w:w="1191"/>
          </w:tcPr>
          <w:p>
            <w:pPr>
              <w:keepNext/>
              <w:jc w:val="center"/>
            </w:pPr>
            <w:r>
              <w:rPr>
                <w:sz w:val="22"/>
              </w:rPr>
              <w:t>20</w:t>
            </w:r>
          </w:p>
        </w:tc>
        <w:tc>
          <w:tcPr>
            <w:tcW w:type="dxa" w:w="1191"/>
          </w:tcPr>
          <w:p>
            <w:pPr>
              <w:keepNext/>
              <w:jc w:val="center"/>
            </w:pPr>
            <w:r>
              <w:rPr>
                <w:sz w:val="22"/>
              </w:rPr>
              <w:t>30</w:t>
            </w:r>
          </w:p>
        </w:tc>
      </w:tr>
      <w:tr>
        <w:trPr>
          <w:trHeight w:val="369"/>
          <w:cantSplit/>
        </w:trPr>
        <w:tc>
          <w:tcPr>
            <w:tcW w:type="dxa" w:w="1361"/>
          </w:tcPr>
          <w:p>
            <w:pPr>
              <w:jc w:val="center"/>
            </w:pPr>
            <w:r>
              <w:rPr>
                <w:b/>
                <w:sz w:val="22"/>
              </w:rPr>
              <w:t>Steve</w:t>
            </w:r>
          </w:p>
        </w:tc>
        <w:tc>
          <w:tcPr>
            <w:tcW w:type="dxa" w:w="1191"/>
          </w:tcPr>
          <w:p>
            <w:pPr>
              <w:jc w:val="center"/>
            </w:pPr>
            <w:r>
              <w:rPr>
                <w:sz w:val="22"/>
              </w:rPr>
              <w:t>14</w:t>
            </w:r>
          </w:p>
        </w:tc>
        <w:tc>
          <w:tcPr>
            <w:tcW w:type="dxa" w:w="1191"/>
          </w:tcPr>
          <w:p>
            <w:pPr>
              <w:jc w:val="center"/>
            </w:pPr>
            <w:r>
              <w:rPr>
                <w:sz w:val="22"/>
              </w:rPr>
              <w:t>24</w:t>
            </w:r>
          </w:p>
        </w:tc>
        <w:tc>
          <w:tcPr>
            <w:tcW w:type="dxa" w:w="1191"/>
          </w:tcPr>
          <w:p>
            <w:pPr>
              <w:jc w:val="center"/>
            </w:pPr>
            <w:r>
              <w:rPr>
                <w:sz w:val="22"/>
              </w:rPr>
              <w:t>13</w:t>
            </w:r>
          </w:p>
        </w:tc>
        <w:tc>
          <w:tcPr>
            <w:tcW w:type="dxa" w:w="1191"/>
          </w:tcPr>
          <w:p>
            <w:pPr>
              <w:jc w:val="center"/>
            </w:pPr>
            <w:r>
              <w:rPr>
                <w:sz w:val="22"/>
              </w:rPr>
              <w:t>10</w:t>
            </w:r>
          </w:p>
        </w:tc>
      </w:tr>
    </w:tbl>
    <w:p>
      <w:pPr>
        <w:jc w:val="both"/>
      </w:pPr>
    </w:p>
    <w:p>
      <w:pPr>
        <w:keepNext/>
        <w:ind w:left="357"/>
        <w:jc w:val="both"/>
      </w:pPr>
      <w:r>
        <w:t>The time taken for the process is the sum of the times of the four separate tasks. Reduce the cost matrix.</w:t>
      </w:r>
    </w:p>
    <w:p>
      <w:pPr>
        <w:jc w:val="both"/>
      </w:pPr>
    </w:p>
    <w:p>
      <w:pPr>
        <w:keepNext/>
        <w:ind w:left="357"/>
        <w:jc w:val="both"/>
      </w:pPr>
      <w:r>
        <w:t>Reduce rows:</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Kris</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Laura</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Sam</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Steve</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p>
      <w:pPr>
        <w:keepNext/>
        <w:ind w:left="357"/>
        <w:jc w:val="both"/>
      </w:pPr>
      <w:r>
        <w:t>Reduce columns:</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W</w:t>
            </w:r>
          </w:p>
        </w:tc>
        <w:tc>
          <w:tcPr>
            <w:tcW w:type="dxa" w:w="1191"/>
          </w:tcPr>
          <w:p>
            <w:pPr>
              <w:keepNext/>
              <w:jc w:val="center"/>
            </w:pPr>
            <w:r>
              <w:rPr>
                <w:b/>
                <w:sz w:val="22"/>
              </w:rPr>
              <w:t>Task X</w:t>
            </w:r>
          </w:p>
        </w:tc>
        <w:tc>
          <w:tcPr>
            <w:tcW w:type="dxa" w:w="1191"/>
          </w:tcPr>
          <w:p>
            <w:pPr>
              <w:keepNext/>
              <w:jc w:val="center"/>
            </w:pPr>
            <w:r>
              <w:rPr>
                <w:b/>
                <w:sz w:val="22"/>
              </w:rPr>
              <w:t>Task Y</w:t>
            </w:r>
          </w:p>
        </w:tc>
        <w:tc>
          <w:tcPr>
            <w:tcW w:type="dxa" w:w="1191"/>
          </w:tcPr>
          <w:p>
            <w:pPr>
              <w:keepNext/>
              <w:jc w:val="center"/>
            </w:pPr>
            <w:r>
              <w:rPr>
                <w:b/>
                <w:sz w:val="22"/>
              </w:rPr>
              <w:t>Task Z</w:t>
            </w:r>
          </w:p>
        </w:tc>
      </w:tr>
      <w:tr>
        <w:trPr>
          <w:trHeight w:val="369"/>
          <w:cantSplit/>
        </w:trPr>
        <w:tc>
          <w:tcPr>
            <w:tcW w:type="dxa" w:w="1361"/>
          </w:tcPr>
          <w:p>
            <w:pPr>
              <w:keepNext/>
              <w:jc w:val="center"/>
            </w:pPr>
            <w:r>
              <w:rPr>
                <w:b/>
                <w:sz w:val="22"/>
              </w:rPr>
              <w:t>Kris</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Laura</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keepNext/>
              <w:jc w:val="center"/>
            </w:pPr>
            <w:r>
              <w:rPr>
                <w:b/>
                <w:sz w:val="22"/>
              </w:rPr>
              <w:t>Sam</w:t>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c>
          <w:tcPr>
            <w:tcW w:type="dxa" w:w="1191"/>
          </w:tcPr>
          <w:p>
            <w:pPr>
              <w:keepNext/>
              <w:jc w:val="center"/>
            </w:pPr>
            <w:r>
              <w:rPr>
                <w:sz w:val="22"/>
              </w:rPr>
            </w:r>
          </w:p>
        </w:tc>
      </w:tr>
      <w:tr>
        <w:trPr>
          <w:trHeight w:val="369"/>
          <w:cantSplit/>
        </w:trPr>
        <w:tc>
          <w:tcPr>
            <w:tcW w:type="dxa" w:w="1361"/>
          </w:tcPr>
          <w:p>
            <w:pPr>
              <w:jc w:val="center"/>
            </w:pPr>
            <w:r>
              <w:rPr>
                <w:b/>
                <w:sz w:val="22"/>
              </w:rPr>
              <w:t>Steve</w:t>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c>
          <w:tcPr>
            <w:tcW w:type="dxa" w:w="1191"/>
          </w:tcPr>
          <w:p>
            <w:pPr>
              <w:jc w:val="center"/>
            </w:pPr>
            <w:r>
              <w:rPr>
                <w:sz w:val="22"/>
              </w:rPr>
            </w:r>
          </w:p>
        </w:tc>
      </w:tr>
    </w:tbl>
    <w:p>
      <w:pPr>
        <w:jc w:val="both"/>
      </w:pPr>
    </w:p>
    <w:p>
      <w:pPr>
        <w:keepNext/>
        <w:ind w:left="357"/>
        <w:jc w:val="both"/>
      </w:pPr>
      <w:r>
        <w:t>Optimal allocation and total time:</w:t>
      </w:r>
    </w:p>
    <w:p>
      <w:pPr>
        <w:jc w:val="both"/>
      </w:pPr>
    </w:p>
    <w:p>
      <w:pPr>
        <w:jc w:val="both"/>
      </w:pPr>
    </w:p>
    <w:p>
      <w:pPr>
        <w:jc w:val="both"/>
      </w:pPr>
    </w:p>
    <w:p>
      <w:pPr>
        <w:jc w:val="both"/>
      </w:pPr>
    </w:p>
    <w:p>
      <w:pPr>
        <w:jc w:val="both"/>
      </w:pPr>
    </w:p>
    <w:p>
      <w:pPr>
        <w:keepNext w:val="0"/>
        <w:jc w:val="both"/>
      </w:pPr>
      <w:r>
        <w:t>The Hungarian algorithm: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Barbara, Percival and Spike do garden maintenance. The table shows the times, in minutes, that they would take to do each task in Mrs Green’s garden. Allocate the tasks so that the time taken to do the whole job is as small as possible.</w:t>
      </w: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t>250</w:t>
            </w:r>
          </w:p>
        </w:tc>
        <w:tc>
          <w:tcPr>
            <w:tcW w:type="dxa" w:w="1814"/>
          </w:tcPr>
          <w:p>
            <w:pPr>
              <w:keepNext/>
              <w:jc w:val="center"/>
            </w:pPr>
            <w:r>
              <w:rPr>
                <w:sz w:val="20"/>
              </w:rPr>
              <w:t>80</w:t>
            </w:r>
          </w:p>
        </w:tc>
        <w:tc>
          <w:tcPr>
            <w:tcW w:type="dxa" w:w="1814"/>
          </w:tcPr>
          <w:p>
            <w:pPr>
              <w:keepNext/>
              <w:jc w:val="center"/>
            </w:pPr>
            <w:r>
              <w:rPr>
                <w:sz w:val="20"/>
              </w:rPr>
              <w:t>160</w:t>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t>230</w:t>
            </w:r>
          </w:p>
        </w:tc>
        <w:tc>
          <w:tcPr>
            <w:tcW w:type="dxa" w:w="1814"/>
          </w:tcPr>
          <w:p>
            <w:pPr>
              <w:keepNext/>
              <w:jc w:val="center"/>
            </w:pPr>
            <w:r>
              <w:rPr>
                <w:sz w:val="20"/>
              </w:rPr>
              <w:t>90</w:t>
            </w:r>
          </w:p>
        </w:tc>
        <w:tc>
          <w:tcPr>
            <w:tcW w:type="dxa" w:w="1814"/>
          </w:tcPr>
          <w:p>
            <w:pPr>
              <w:keepNext/>
              <w:jc w:val="center"/>
            </w:pPr>
            <w:r>
              <w:rPr>
                <w:sz w:val="20"/>
              </w:rPr>
              <w:t>150</w:t>
            </w:r>
          </w:p>
        </w:tc>
      </w:tr>
      <w:tr>
        <w:trPr>
          <w:trHeight w:val="369"/>
          <w:cantSplit/>
        </w:trPr>
        <w:tc>
          <w:tcPr>
            <w:tcW w:type="dxa" w:w="1361"/>
          </w:tcPr>
          <w:p>
            <w:pPr>
              <w:jc w:val="center"/>
            </w:pPr>
            <w:r>
              <w:rPr>
                <w:b/>
                <w:sz w:val="20"/>
              </w:rPr>
              <w:t>Spike</w:t>
            </w:r>
          </w:p>
        </w:tc>
        <w:tc>
          <w:tcPr>
            <w:tcW w:type="dxa" w:w="1814"/>
          </w:tcPr>
          <w:p>
            <w:pPr>
              <w:jc w:val="center"/>
            </w:pPr>
            <w:r>
              <w:rPr>
                <w:sz w:val="20"/>
              </w:rPr>
              <w:t>230</w:t>
            </w:r>
          </w:p>
        </w:tc>
        <w:tc>
          <w:tcPr>
            <w:tcW w:type="dxa" w:w="1814"/>
          </w:tcPr>
          <w:p>
            <w:pPr>
              <w:jc w:val="center"/>
            </w:pPr>
            <w:r>
              <w:rPr>
                <w:sz w:val="20"/>
              </w:rPr>
              <w:t>110</w:t>
            </w:r>
          </w:p>
        </w:tc>
        <w:tc>
          <w:tcPr>
            <w:tcW w:type="dxa" w:w="1814"/>
          </w:tcPr>
          <w:p>
            <w:pPr>
              <w:jc w:val="center"/>
            </w:pPr>
            <w:r>
              <w:rPr>
                <w:sz w:val="20"/>
              </w:rPr>
              <w:t>140</w:t>
            </w:r>
          </w:p>
        </w:tc>
      </w:tr>
    </w:tbl>
    <w:p>
      <w:pPr>
        <w:jc w:val="both"/>
      </w:pP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jc w:val="center"/>
            </w:pPr>
            <w:r>
              <w:rPr>
                <w:b/>
                <w:sz w:val="20"/>
              </w:rPr>
              <w:t>Spike</w:t>
            </w:r>
          </w:p>
        </w:tc>
        <w:tc>
          <w:tcPr>
            <w:tcW w:type="dxa" w:w="1814"/>
          </w:tcPr>
          <w:p>
            <w:pPr>
              <w:jc w:val="center"/>
            </w:pPr>
            <w:r>
              <w:rPr>
                <w:sz w:val="20"/>
              </w:rPr>
            </w:r>
          </w:p>
        </w:tc>
        <w:tc>
          <w:tcPr>
            <w:tcW w:type="dxa" w:w="1814"/>
          </w:tcPr>
          <w:p>
            <w:pPr>
              <w:jc w:val="center"/>
            </w:pPr>
            <w:r>
              <w:rPr>
                <w:sz w:val="20"/>
              </w:rPr>
            </w:r>
          </w:p>
        </w:tc>
        <w:tc>
          <w:tcPr>
            <w:tcW w:type="dxa" w:w="181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jc w:val="center"/>
            </w:pPr>
            <w:r>
              <w:rPr>
                <w:b/>
                <w:sz w:val="20"/>
              </w:rPr>
              <w:t>Spike</w:t>
            </w:r>
          </w:p>
        </w:tc>
        <w:tc>
          <w:tcPr>
            <w:tcW w:type="dxa" w:w="1814"/>
          </w:tcPr>
          <w:p>
            <w:pPr>
              <w:jc w:val="center"/>
            </w:pPr>
            <w:r>
              <w:rPr>
                <w:sz w:val="20"/>
              </w:rPr>
            </w:r>
          </w:p>
        </w:tc>
        <w:tc>
          <w:tcPr>
            <w:tcW w:type="dxa" w:w="1814"/>
          </w:tcPr>
          <w:p>
            <w:pPr>
              <w:jc w:val="center"/>
            </w:pPr>
            <w:r>
              <w:rPr>
                <w:sz w:val="20"/>
              </w:rPr>
            </w:r>
          </w:p>
        </w:tc>
        <w:tc>
          <w:tcPr>
            <w:tcW w:type="dxa" w:w="1814"/>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1360"/>
        <w:gridCol w:w="1814"/>
        <w:gridCol w:w="1814"/>
        <w:gridCol w:w="1814"/>
      </w:tblGrid>
      <w:tr>
        <w:trPr>
          <w:trHeight w:val="369"/>
          <w:cantSplit/>
        </w:trPr>
        <w:tc>
          <w:tcPr>
            <w:tcW w:type="dxa" w:w="1361"/>
          </w:tcPr>
          <w:p>
            <w:pPr>
              <w:keepNext/>
              <w:jc w:val="center"/>
            </w:pPr>
            <w:r>
              <w:rPr>
                <w:b/>
                <w:sz w:val="20"/>
              </w:rPr>
            </w:r>
          </w:p>
        </w:tc>
        <w:tc>
          <w:tcPr>
            <w:tcW w:type="dxa" w:w="1814"/>
          </w:tcPr>
          <w:p>
            <w:pPr>
              <w:keepNext/>
              <w:jc w:val="center"/>
            </w:pPr>
            <w:r>
              <w:rPr>
                <w:b/>
                <w:sz w:val="20"/>
              </w:rPr>
              <w:t>Dig vegetable patch</w:t>
            </w:r>
          </w:p>
        </w:tc>
        <w:tc>
          <w:tcPr>
            <w:tcW w:type="dxa" w:w="1814"/>
          </w:tcPr>
          <w:p>
            <w:pPr>
              <w:keepNext/>
              <w:jc w:val="center"/>
            </w:pPr>
            <w:r>
              <w:rPr>
                <w:b/>
                <w:sz w:val="20"/>
              </w:rPr>
              <w:t>Weed flower beds</w:t>
            </w:r>
          </w:p>
        </w:tc>
        <w:tc>
          <w:tcPr>
            <w:tcW w:type="dxa" w:w="1814"/>
          </w:tcPr>
          <w:p>
            <w:pPr>
              <w:keepNext/>
              <w:jc w:val="center"/>
            </w:pPr>
            <w:r>
              <w:rPr>
                <w:b/>
                <w:sz w:val="20"/>
              </w:rPr>
              <w:t>Cut lawn and hedges</w:t>
            </w:r>
          </w:p>
        </w:tc>
      </w:tr>
      <w:tr>
        <w:trPr>
          <w:trHeight w:val="369"/>
          <w:cantSplit/>
        </w:trPr>
        <w:tc>
          <w:tcPr>
            <w:tcW w:type="dxa" w:w="1361"/>
          </w:tcPr>
          <w:p>
            <w:pPr>
              <w:keepNext/>
              <w:jc w:val="center"/>
            </w:pPr>
            <w:r>
              <w:rPr>
                <w:b/>
                <w:sz w:val="20"/>
              </w:rPr>
              <w:t>Barbara</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keepNext/>
              <w:jc w:val="center"/>
            </w:pPr>
            <w:r>
              <w:rPr>
                <w:b/>
                <w:sz w:val="20"/>
              </w:rPr>
              <w:t>Percival</w:t>
            </w:r>
          </w:p>
        </w:tc>
        <w:tc>
          <w:tcPr>
            <w:tcW w:type="dxa" w:w="1814"/>
          </w:tcPr>
          <w:p>
            <w:pPr>
              <w:keepNext/>
              <w:jc w:val="center"/>
            </w:pPr>
            <w:r>
              <w:rPr>
                <w:sz w:val="20"/>
              </w:rPr>
            </w:r>
          </w:p>
        </w:tc>
        <w:tc>
          <w:tcPr>
            <w:tcW w:type="dxa" w:w="1814"/>
          </w:tcPr>
          <w:p>
            <w:pPr>
              <w:keepNext/>
              <w:jc w:val="center"/>
            </w:pPr>
            <w:r>
              <w:rPr>
                <w:sz w:val="20"/>
              </w:rPr>
            </w:r>
          </w:p>
        </w:tc>
        <w:tc>
          <w:tcPr>
            <w:tcW w:type="dxa" w:w="1814"/>
          </w:tcPr>
          <w:p>
            <w:pPr>
              <w:keepNext/>
              <w:jc w:val="center"/>
            </w:pPr>
            <w:r>
              <w:rPr>
                <w:sz w:val="20"/>
              </w:rPr>
            </w:r>
          </w:p>
        </w:tc>
      </w:tr>
      <w:tr>
        <w:trPr>
          <w:trHeight w:val="369"/>
          <w:cantSplit/>
        </w:trPr>
        <w:tc>
          <w:tcPr>
            <w:tcW w:type="dxa" w:w="1361"/>
          </w:tcPr>
          <w:p>
            <w:pPr>
              <w:jc w:val="center"/>
            </w:pPr>
            <w:r>
              <w:rPr>
                <w:b/>
                <w:sz w:val="20"/>
              </w:rPr>
              <w:t>Spike</w:t>
            </w:r>
          </w:p>
        </w:tc>
        <w:tc>
          <w:tcPr>
            <w:tcW w:type="dxa" w:w="1814"/>
          </w:tcPr>
          <w:p>
            <w:pPr>
              <w:jc w:val="center"/>
            </w:pPr>
            <w:r>
              <w:rPr>
                <w:sz w:val="20"/>
              </w:rPr>
            </w:r>
          </w:p>
        </w:tc>
        <w:tc>
          <w:tcPr>
            <w:tcW w:type="dxa" w:w="1814"/>
          </w:tcPr>
          <w:p>
            <w:pPr>
              <w:jc w:val="center"/>
            </w:pPr>
            <w:r>
              <w:rPr>
                <w:sz w:val="20"/>
              </w:rPr>
            </w:r>
          </w:p>
        </w:tc>
        <w:tc>
          <w:tcPr>
            <w:tcW w:type="dxa" w:w="1814"/>
          </w:tcPr>
          <w:p>
            <w:pPr>
              <w:jc w:val="center"/>
            </w:pPr>
            <w:r>
              <w:rPr>
                <w:sz w:val="20"/>
              </w:rPr>
            </w:r>
          </w:p>
        </w:tc>
      </w:tr>
    </w:tbl>
    <w:p>
      <w:pPr>
        <w:jc w:val="both"/>
      </w:pPr>
    </w:p>
    <w:p>
      <w:pPr>
        <w:jc w:val="both"/>
      </w:pPr>
    </w:p>
    <w:p>
      <w:pPr>
        <w:jc w:val="both"/>
      </w:pPr>
    </w:p>
    <w:p>
      <w:pPr>
        <w:jc w:val="both"/>
      </w:pPr>
    </w:p>
    <w:p>
      <w:pPr>
        <w:jc w:val="both"/>
      </w:pPr>
    </w:p>
    <w:p>
      <w:pPr>
        <w:jc w:val="both"/>
      </w:pPr>
    </w:p>
    <w:p>
      <w:pPr>
        <w:jc w:val="both"/>
      </w:pPr>
    </w:p>
    <w:p>
      <w:pPr>
        <w:keepNext w:val="0"/>
        <w:jc w:val="both"/>
      </w:pPr>
      <w:r>
        <w:t>The short cut (augmenting the reduced cost matrix by e):</w:t>
      </w:r>
    </w:p>
    <w:p>
      <w:pPr>
        <w:jc w:val="both"/>
      </w:pPr>
    </w:p>
    <w:p>
      <w:pPr>
        <w:jc w:val="both"/>
      </w:pPr>
    </w:p>
    <w:p>
      <w:pPr>
        <w:jc w:val="both"/>
      </w:pPr>
    </w:p>
    <w:p>
      <w:pPr>
        <w:jc w:val="both"/>
      </w:pPr>
    </w:p>
    <w:p>
      <w:pPr>
        <w:jc w:val="both"/>
      </w:pPr>
    </w:p>
    <w:p>
      <w:pPr>
        <w:keepNext/>
        <w:ind w:left="357" w:hanging="357"/>
        <w:jc w:val="both"/>
      </w:pPr>
      <w:r>
        <w:t>3.</w:t>
        <w:tab/>
        <w:t>Five workers Ben, Ellie, Greg, Hyo and Toby are to be assigned to five tasks involved in making a soft toy. The table shows the times in minutes taken to complete each task.</w:t>
      </w: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t>9</w:t>
            </w:r>
          </w:p>
        </w:tc>
        <w:tc>
          <w:tcPr>
            <w:tcW w:type="dxa" w:w="1077"/>
          </w:tcPr>
          <w:p>
            <w:pPr>
              <w:keepNext/>
              <w:jc w:val="center"/>
            </w:pPr>
            <w:r>
              <w:rPr>
                <w:sz w:val="22"/>
              </w:rPr>
              <w:t>8</w:t>
            </w:r>
          </w:p>
        </w:tc>
        <w:tc>
          <w:tcPr>
            <w:tcW w:type="dxa" w:w="1077"/>
          </w:tcPr>
          <w:p>
            <w:pPr>
              <w:keepNext/>
              <w:jc w:val="center"/>
            </w:pPr>
            <w:r>
              <w:rPr>
                <w:sz w:val="22"/>
              </w:rPr>
              <w:t>3</w:t>
            </w:r>
          </w:p>
        </w:tc>
        <w:tc>
          <w:tcPr>
            <w:tcW w:type="dxa" w:w="1077"/>
          </w:tcPr>
          <w:p>
            <w:pPr>
              <w:keepNext/>
              <w:jc w:val="center"/>
            </w:pPr>
            <w:r>
              <w:rPr>
                <w:sz w:val="22"/>
              </w:rPr>
              <w:t>6</w:t>
            </w:r>
          </w:p>
        </w:tc>
        <w:tc>
          <w:tcPr>
            <w:tcW w:type="dxa" w:w="1077"/>
          </w:tcPr>
          <w:p>
            <w:pPr>
              <w:keepNext/>
              <w:jc w:val="center"/>
            </w:pPr>
            <w:r>
              <w:rPr>
                <w:sz w:val="22"/>
              </w:rPr>
              <w:t>10</w:t>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t>5</w:t>
            </w:r>
          </w:p>
        </w:tc>
        <w:tc>
          <w:tcPr>
            <w:tcW w:type="dxa" w:w="1077"/>
          </w:tcPr>
          <w:p>
            <w:pPr>
              <w:keepNext/>
              <w:jc w:val="center"/>
            </w:pPr>
            <w:r>
              <w:rPr>
                <w:sz w:val="22"/>
              </w:rPr>
              <w:t>5</w:t>
            </w:r>
          </w:p>
        </w:tc>
        <w:tc>
          <w:tcPr>
            <w:tcW w:type="dxa" w:w="1077"/>
          </w:tcPr>
          <w:p>
            <w:pPr>
              <w:keepNext/>
              <w:jc w:val="center"/>
            </w:pPr>
            <w:r>
              <w:rPr>
                <w:sz w:val="22"/>
              </w:rPr>
              <w:t>7</w:t>
            </w:r>
          </w:p>
        </w:tc>
        <w:tc>
          <w:tcPr>
            <w:tcW w:type="dxa" w:w="1077"/>
          </w:tcPr>
          <w:p>
            <w:pPr>
              <w:keepNext/>
              <w:jc w:val="center"/>
            </w:pPr>
            <w:r>
              <w:rPr>
                <w:sz w:val="22"/>
              </w:rPr>
              <w:t>5</w:t>
            </w:r>
          </w:p>
        </w:tc>
        <w:tc>
          <w:tcPr>
            <w:tcW w:type="dxa" w:w="1077"/>
          </w:tcPr>
          <w:p>
            <w:pPr>
              <w:keepNext/>
              <w:jc w:val="center"/>
            </w:pPr>
            <w:r>
              <w:rPr>
                <w:sz w:val="22"/>
              </w:rPr>
              <w:t>5</w:t>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t>10</w:t>
            </w:r>
          </w:p>
        </w:tc>
        <w:tc>
          <w:tcPr>
            <w:tcW w:type="dxa" w:w="1077"/>
          </w:tcPr>
          <w:p>
            <w:pPr>
              <w:keepNext/>
              <w:jc w:val="center"/>
            </w:pPr>
            <w:r>
              <w:rPr>
                <w:sz w:val="22"/>
              </w:rPr>
              <w:t>9</w:t>
            </w:r>
          </w:p>
        </w:tc>
        <w:tc>
          <w:tcPr>
            <w:tcW w:type="dxa" w:w="1077"/>
          </w:tcPr>
          <w:p>
            <w:pPr>
              <w:keepNext/>
              <w:jc w:val="center"/>
            </w:pPr>
            <w:r>
              <w:rPr>
                <w:sz w:val="22"/>
              </w:rPr>
              <w:t>3</w:t>
            </w:r>
          </w:p>
        </w:tc>
        <w:tc>
          <w:tcPr>
            <w:tcW w:type="dxa" w:w="1077"/>
          </w:tcPr>
          <w:p>
            <w:pPr>
              <w:keepNext/>
              <w:jc w:val="center"/>
            </w:pPr>
            <w:r>
              <w:rPr>
                <w:sz w:val="22"/>
              </w:rPr>
              <w:t>9</w:t>
            </w:r>
          </w:p>
        </w:tc>
        <w:tc>
          <w:tcPr>
            <w:tcW w:type="dxa" w:w="1077"/>
          </w:tcPr>
          <w:p>
            <w:pPr>
              <w:keepNext/>
              <w:jc w:val="center"/>
            </w:pPr>
            <w:r>
              <w:rPr>
                <w:sz w:val="22"/>
              </w:rPr>
              <w:t>10</w:t>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t>10</w:t>
            </w:r>
          </w:p>
        </w:tc>
        <w:tc>
          <w:tcPr>
            <w:tcW w:type="dxa" w:w="1077"/>
          </w:tcPr>
          <w:p>
            <w:pPr>
              <w:keepNext/>
              <w:jc w:val="center"/>
            </w:pPr>
            <w:r>
              <w:rPr>
                <w:sz w:val="22"/>
              </w:rPr>
              <w:t>7</w:t>
            </w:r>
          </w:p>
        </w:tc>
        <w:tc>
          <w:tcPr>
            <w:tcW w:type="dxa" w:w="1077"/>
          </w:tcPr>
          <w:p>
            <w:pPr>
              <w:keepNext/>
              <w:jc w:val="center"/>
            </w:pPr>
            <w:r>
              <w:rPr>
                <w:sz w:val="22"/>
              </w:rPr>
              <w:t>2</w:t>
            </w:r>
          </w:p>
        </w:tc>
        <w:tc>
          <w:tcPr>
            <w:tcW w:type="dxa" w:w="1077"/>
          </w:tcPr>
          <w:p>
            <w:pPr>
              <w:keepNext/>
              <w:jc w:val="center"/>
            </w:pPr>
            <w:r>
              <w:rPr>
                <w:sz w:val="22"/>
              </w:rPr>
              <w:t>9</w:t>
            </w:r>
          </w:p>
        </w:tc>
        <w:tc>
          <w:tcPr>
            <w:tcW w:type="dxa" w:w="1077"/>
          </w:tcPr>
          <w:p>
            <w:pPr>
              <w:keepNext/>
              <w:jc w:val="center"/>
            </w:pPr>
            <w:r>
              <w:rPr>
                <w:sz w:val="22"/>
              </w:rPr>
              <w:t>7</w:t>
            </w:r>
          </w:p>
        </w:tc>
      </w:tr>
      <w:tr>
        <w:trPr>
          <w:trHeight w:val="369"/>
          <w:cantSplit/>
        </w:trPr>
        <w:tc>
          <w:tcPr>
            <w:tcW w:type="dxa" w:w="1361"/>
          </w:tcPr>
          <w:p>
            <w:pPr>
              <w:jc w:val="center"/>
            </w:pPr>
            <w:r>
              <w:rPr>
                <w:b/>
                <w:sz w:val="22"/>
              </w:rPr>
              <w:t>Toby</w:t>
            </w:r>
          </w:p>
        </w:tc>
        <w:tc>
          <w:tcPr>
            <w:tcW w:type="dxa" w:w="1077"/>
          </w:tcPr>
          <w:p>
            <w:pPr>
              <w:jc w:val="center"/>
            </w:pPr>
            <w:r>
              <w:rPr>
                <w:sz w:val="22"/>
              </w:rPr>
              <w:t>9</w:t>
            </w:r>
          </w:p>
        </w:tc>
        <w:tc>
          <w:tcPr>
            <w:tcW w:type="dxa" w:w="1077"/>
          </w:tcPr>
          <w:p>
            <w:pPr>
              <w:jc w:val="center"/>
            </w:pPr>
            <w:r>
              <w:rPr>
                <w:sz w:val="22"/>
              </w:rPr>
              <w:t>8</w:t>
            </w:r>
          </w:p>
        </w:tc>
        <w:tc>
          <w:tcPr>
            <w:tcW w:type="dxa" w:w="1077"/>
          </w:tcPr>
          <w:p>
            <w:pPr>
              <w:jc w:val="center"/>
            </w:pPr>
            <w:r>
              <w:rPr>
                <w:sz w:val="22"/>
              </w:rPr>
              <w:t>2</w:t>
            </w:r>
          </w:p>
        </w:tc>
        <w:tc>
          <w:tcPr>
            <w:tcW w:type="dxa" w:w="1077"/>
          </w:tcPr>
          <w:p>
            <w:pPr>
              <w:jc w:val="center"/>
            </w:pPr>
            <w:r>
              <w:rPr>
                <w:sz w:val="22"/>
              </w:rPr>
              <w:t>7</w:t>
            </w:r>
          </w:p>
        </w:tc>
        <w:tc>
          <w:tcPr>
            <w:tcW w:type="dxa" w:w="1077"/>
          </w:tcPr>
          <w:p>
            <w:pPr>
              <w:jc w:val="center"/>
            </w:pPr>
            <w:r>
              <w:rPr>
                <w:sz w:val="22"/>
              </w:rPr>
              <w:t>10</w:t>
            </w:r>
          </w:p>
        </w:tc>
      </w:tr>
    </w:tbl>
    <w:p>
      <w:pPr>
        <w:jc w:val="both"/>
      </w:pPr>
    </w:p>
    <w:p>
      <w:pPr>
        <w:keepNext/>
        <w:ind w:left="357"/>
        <w:jc w:val="both"/>
      </w:pPr>
      <w:r>
        <w:t>Reducing rows first, use the Hungarian algorithm to determine an allocation that minimises the total time.</w:t>
      </w:r>
    </w:p>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tbl>
      <w:tblPr>
        <w:tblStyle w:val="TableGrid"/>
        <w:tblW w:type="auto" w:w="0"/>
        <w:jc w:val="center"/>
        <w:tblLayout w:type="fixed"/>
        <w:tblLook w:firstColumn="1" w:firstRow="1" w:lastColumn="0" w:lastRow="0" w:noHBand="0" w:noVBand="1" w:val="04A0"/>
      </w:tblPr>
      <w:tblGrid>
        <w:gridCol w:w="1360"/>
        <w:gridCol w:w="1077"/>
        <w:gridCol w:w="1077"/>
        <w:gridCol w:w="1077"/>
        <w:gridCol w:w="1077"/>
        <w:gridCol w:w="1077"/>
      </w:tblGrid>
      <w:tr>
        <w:trPr>
          <w:trHeight w:val="369"/>
          <w:cantSplit/>
        </w:trPr>
        <w:tc>
          <w:tcPr>
            <w:tcW w:type="dxa" w:w="1361"/>
          </w:tcPr>
          <w:p>
            <w:pPr>
              <w:keepNext/>
              <w:jc w:val="center"/>
            </w:pPr>
            <w:r>
              <w:rPr>
                <w:b/>
                <w:sz w:val="22"/>
              </w:rPr>
            </w:r>
          </w:p>
        </w:tc>
        <w:tc>
          <w:tcPr>
            <w:tcW w:type="dxa" w:w="1077"/>
          </w:tcPr>
          <w:p>
            <w:pPr>
              <w:keepNext/>
              <w:jc w:val="center"/>
            </w:pPr>
            <w:r>
              <w:rPr>
                <w:b/>
                <w:sz w:val="22"/>
              </w:rPr>
              <w:t>Cut</w:t>
            </w:r>
          </w:p>
        </w:tc>
        <w:tc>
          <w:tcPr>
            <w:tcW w:type="dxa" w:w="1077"/>
          </w:tcPr>
          <w:p>
            <w:pPr>
              <w:keepNext/>
              <w:jc w:val="center"/>
            </w:pPr>
            <w:r>
              <w:rPr>
                <w:b/>
                <w:sz w:val="22"/>
              </w:rPr>
              <w:t>Sew</w:t>
            </w:r>
          </w:p>
        </w:tc>
        <w:tc>
          <w:tcPr>
            <w:tcW w:type="dxa" w:w="1077"/>
          </w:tcPr>
          <w:p>
            <w:pPr>
              <w:keepNext/>
              <w:jc w:val="center"/>
            </w:pPr>
            <w:r>
              <w:rPr>
                <w:b/>
                <w:sz w:val="22"/>
              </w:rPr>
              <w:t>Fill</w:t>
            </w:r>
          </w:p>
        </w:tc>
        <w:tc>
          <w:tcPr>
            <w:tcW w:type="dxa" w:w="1077"/>
          </w:tcPr>
          <w:p>
            <w:pPr>
              <w:keepNext/>
              <w:jc w:val="center"/>
            </w:pPr>
            <w:r>
              <w:rPr>
                <w:b/>
                <w:sz w:val="22"/>
              </w:rPr>
              <w:t>Finish</w:t>
            </w:r>
          </w:p>
        </w:tc>
        <w:tc>
          <w:tcPr>
            <w:tcW w:type="dxa" w:w="1077"/>
          </w:tcPr>
          <w:p>
            <w:pPr>
              <w:keepNext/>
              <w:jc w:val="center"/>
            </w:pPr>
            <w:r>
              <w:rPr>
                <w:b/>
                <w:sz w:val="22"/>
              </w:rPr>
              <w:t>Pack</w:t>
            </w:r>
          </w:p>
        </w:tc>
      </w:tr>
      <w:tr>
        <w:trPr>
          <w:trHeight w:val="369"/>
          <w:cantSplit/>
        </w:trPr>
        <w:tc>
          <w:tcPr>
            <w:tcW w:type="dxa" w:w="1361"/>
          </w:tcPr>
          <w:p>
            <w:pPr>
              <w:keepNext/>
              <w:jc w:val="center"/>
            </w:pPr>
            <w:r>
              <w:rPr>
                <w:b/>
                <w:sz w:val="22"/>
              </w:rPr>
              <w:t>Ben</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Ellie</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Greg</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keepNext/>
              <w:jc w:val="center"/>
            </w:pPr>
            <w:r>
              <w:rPr>
                <w:b/>
                <w:sz w:val="22"/>
              </w:rPr>
              <w:t>Hyo</w:t>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c>
          <w:tcPr>
            <w:tcW w:type="dxa" w:w="1077"/>
          </w:tcPr>
          <w:p>
            <w:pPr>
              <w:keepNext/>
              <w:jc w:val="center"/>
            </w:pPr>
            <w:r>
              <w:rPr>
                <w:sz w:val="22"/>
              </w:rPr>
            </w:r>
          </w:p>
        </w:tc>
      </w:tr>
      <w:tr>
        <w:trPr>
          <w:trHeight w:val="369"/>
          <w:cantSplit/>
        </w:trPr>
        <w:tc>
          <w:tcPr>
            <w:tcW w:type="dxa" w:w="1361"/>
          </w:tcPr>
          <w:p>
            <w:pPr>
              <w:jc w:val="center"/>
            </w:pPr>
            <w:r>
              <w:rPr>
                <w:b/>
                <w:sz w:val="22"/>
              </w:rPr>
              <w:t>Toby</w:t>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c>
          <w:tcPr>
            <w:tcW w:type="dxa" w:w="1077"/>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