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5A The Classical and Practical Travelling Salesman Problems</w:t>
      </w:r>
    </w:p>
    <w:p>
      <w:pPr>
        <w:keepNext w:val="0"/>
        <w:jc w:val="both"/>
      </w:pPr>
      <w:r>
        <w:t>Walk: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Tour: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The travelling salesman problem: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Heuristic algorithm: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Upper and lower bounds (‘trapping’ the optimal solution):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The classical problem: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The practical problem: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Triangle inequality: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Table of least distances: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Create a table of least distances for the network below.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182529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25297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623"/>
        <w:gridCol w:w="623"/>
        <w:gridCol w:w="623"/>
        <w:gridCol w:w="623"/>
        <w:gridCol w:w="623"/>
      </w:tblGrid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–</w:t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network below shows the distances, in km, between the central sorting office at S and six post offices A, B, C, D, E and F. The table shows a partially completed table of least distances.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219733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97333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623"/>
        <w:gridCol w:w="623"/>
        <w:gridCol w:w="623"/>
        <w:gridCol w:w="623"/>
        <w:gridCol w:w="623"/>
        <w:gridCol w:w="623"/>
        <w:gridCol w:w="623"/>
      </w:tblGrid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5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17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17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7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17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17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14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jc w:val="center"/>
            </w:pPr>
            <w:r>
              <w:rPr>
                <w:b/>
                <w:sz w:val="22"/>
              </w:rPr>
              <w:t>F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–</w:t>
            </w:r>
          </w:p>
        </w:tc>
      </w:tr>
    </w:tbl>
    <w:p>
      <w:pPr>
        <w:jc w:val="both"/>
      </w:pPr>
    </w:p>
    <w:p>
      <w:pPr>
        <w:keepNext/>
        <w:ind w:left="357"/>
        <w:jc w:val="both"/>
      </w:pPr>
      <w:r>
        <w:t>Complete the table of least distances for the network, stating your shortest route for each of the entries.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jc w:val="center"/>
      </w:pPr>
      <w:r>
        <w:rPr>
          <w:b/>
          <w:sz w:val="32"/>
          <w:u w:val="single"/>
        </w:rPr>
        <w:t>5B Using a Minimum Spanning Tree Method to Find an Upper Bound</w:t>
      </w:r>
    </w:p>
    <w:p>
      <w:pPr>
        <w:keepNext/>
        <w:jc w:val="both"/>
      </w:pPr>
      <w:r>
        <w:t>Using a minimum spanning tree method to find an upper bound for the practical problem:</w:t>
      </w:r>
    </w:p>
    <w:p>
      <w:pPr>
        <w:keepNext/>
        <w:ind w:left="357"/>
        <w:jc w:val="both"/>
      </w:pPr>
      <w:r>
        <w:t>1</w:t>
      </w:r>
    </w:p>
    <w:p>
      <w:pPr>
        <w:jc w:val="both"/>
      </w:pPr>
    </w:p>
    <w:p>
      <w:pPr>
        <w:keepNext/>
        <w:ind w:left="357"/>
        <w:jc w:val="both"/>
      </w:pPr>
      <w:r>
        <w:t>2</w:t>
      </w:r>
    </w:p>
    <w:p>
      <w:pPr>
        <w:jc w:val="both"/>
      </w:pPr>
    </w:p>
    <w:p>
      <w:pPr>
        <w:keepNext/>
        <w:ind w:left="357"/>
        <w:jc w:val="both"/>
      </w:pPr>
      <w:r>
        <w:t>3</w:t>
      </w:r>
    </w:p>
    <w:p>
      <w:pPr>
        <w:jc w:val="both"/>
      </w:pP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134010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st_doubl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3401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jc w:val="both"/>
      </w:pPr>
      <w:r>
        <w:t>Initial upper bound: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For the network below:</w:t>
      </w:r>
    </w:p>
    <w:p>
      <w:pPr>
        <w:keepNext/>
        <w:ind w:left="720" w:hanging="357"/>
        <w:jc w:val="both"/>
      </w:pPr>
      <w:r>
        <w:t>a)</w:t>
        <w:tab/>
        <w:t>Use Kruskal’s algorithm to find a minimum spanning tree for the network below.</w:t>
      </w:r>
    </w:p>
    <w:p>
      <w:pPr>
        <w:keepNext/>
        <w:ind w:left="720" w:hanging="357"/>
        <w:jc w:val="both"/>
      </w:pPr>
      <w:r>
        <w:t>b)</w:t>
        <w:tab/>
        <w:t>Hence find an initial upper bound for the travelling salesman problem.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183661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366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table of least distances for a network is given below. Find an initial upper bound for the travelling salesman problem for this network.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623"/>
        <w:gridCol w:w="623"/>
        <w:gridCol w:w="623"/>
        <w:gridCol w:w="623"/>
        <w:gridCol w:w="623"/>
      </w:tblGrid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31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22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18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14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31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22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18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–</w:t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Improving the upper bound (shortcuts):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3.</w:t>
        <w:tab/>
        <w:t>Starting from the initial upper bound found in question 2, use a shortcut to reduce the upper bound to below 70.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4.</w:t>
        <w:tab/>
        <w:t>The table shows the distances, in miles, between eight cities. A politician has to visit each city, starting and finishing at A. She wishes to minimise the total distance travelled.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</w:tblGrid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G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H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47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84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382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172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299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144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47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402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155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193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319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165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84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456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246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373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218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382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402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456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413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220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155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289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155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413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286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131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172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193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246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220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144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70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G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299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319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373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155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286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144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160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jc w:val="center"/>
            </w:pPr>
            <w:r>
              <w:rPr>
                <w:b/>
                <w:sz w:val="22"/>
              </w:rPr>
              <w:t>H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144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165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218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289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131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70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160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–</w:t>
            </w:r>
          </w:p>
        </w:tc>
      </w:tr>
    </w:tbl>
    <w:p>
      <w:pPr>
        <w:jc w:val="both"/>
      </w:pPr>
    </w:p>
    <w:p>
      <w:pPr>
        <w:keepNext w:val="0"/>
        <w:ind w:left="720" w:hanging="357"/>
        <w:jc w:val="both"/>
      </w:pPr>
      <w:r>
        <w:t>a)</w:t>
        <w:tab/>
        <w:t>Find a minimum spanning tree for this network.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Hence find an upper bound for this problem.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Use shortcuts to reduce this upper bound to a value below 1300 miles.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Selecting shortcuts: try the shortcuts BD,  CB + AF + FD  and  CD  for question 4. Which gives the best upper bound? (Aim to make the upper bound as ... as possible.)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jc w:val="center"/>
      </w:pPr>
      <w:r>
        <w:rPr>
          <w:b/>
          <w:sz w:val="32"/>
          <w:u w:val="single"/>
        </w:rPr>
        <w:t>5C Using a Minimum Spanning Tree Method to Find a Lower Bound</w:t>
      </w:r>
    </w:p>
    <w:p>
      <w:pPr>
        <w:keepNext/>
        <w:jc w:val="both"/>
      </w:pPr>
      <w:r>
        <w:t>Using a minimum spanning tree method to find a lower bound for the classical problem:</w:t>
      </w:r>
    </w:p>
    <w:p>
      <w:pPr>
        <w:keepNext/>
        <w:ind w:left="357"/>
        <w:jc w:val="both"/>
      </w:pPr>
      <w:r>
        <w:t>1</w:t>
      </w:r>
    </w:p>
    <w:p>
      <w:pPr>
        <w:jc w:val="both"/>
      </w:pPr>
    </w:p>
    <w:p>
      <w:pPr>
        <w:keepNext/>
        <w:ind w:left="357"/>
        <w:jc w:val="both"/>
      </w:pPr>
      <w:r>
        <w:t>2</w:t>
      </w:r>
    </w:p>
    <w:p>
      <w:pPr>
        <w:jc w:val="both"/>
      </w:pPr>
    </w:p>
    <w:p>
      <w:pPr>
        <w:keepNext/>
        <w:ind w:left="357"/>
        <w:jc w:val="both"/>
      </w:pPr>
      <w:r>
        <w:t>3</w:t>
      </w:r>
    </w:p>
    <w:p>
      <w:pPr>
        <w:jc w:val="both"/>
      </w:pPr>
    </w:p>
    <w:p>
      <w:pPr>
        <w:keepNext/>
        <w:ind w:left="357"/>
        <w:jc w:val="both"/>
      </w:pPr>
      <w:r>
        <w:t>4</w:t>
      </w:r>
    </w:p>
    <w:p>
      <w:pPr>
        <w:jc w:val="both"/>
      </w:pPr>
    </w:p>
    <w:p>
      <w:pPr>
        <w:keepNext/>
        <w:ind w:left="357"/>
        <w:jc w:val="both"/>
      </w:pPr>
      <w:r>
        <w:t>5</w:t>
      </w:r>
    </w:p>
    <w:p>
      <w:pPr>
        <w:jc w:val="both"/>
      </w:pPr>
    </w:p>
    <w:p>
      <w:pPr>
        <w:keepNext/>
        <w:ind w:left="357"/>
        <w:jc w:val="both"/>
      </w:pPr>
      <w:r>
        <w:t>6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Residual minimum spanning tree (RMST):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Lower bound for the practical problem: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The table of least distances for a network is shown.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623"/>
        <w:gridCol w:w="623"/>
        <w:gridCol w:w="623"/>
        <w:gridCol w:w="623"/>
        <w:gridCol w:w="623"/>
      </w:tblGrid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31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22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18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14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31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22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18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–</w:t>
            </w:r>
          </w:p>
        </w:tc>
      </w:tr>
    </w:tbl>
    <w:p>
      <w:pPr>
        <w:jc w:val="both"/>
      </w:pPr>
    </w:p>
    <w:p>
      <w:pPr>
        <w:keepNext/>
        <w:ind w:left="720" w:hanging="357"/>
        <w:jc w:val="both"/>
      </w:pPr>
      <w:r>
        <w:t>a)</w:t>
        <w:tab/>
        <w:t>By deleting vertex A, find a lower bound to the travelling salesman problem for this network.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623"/>
        <w:gridCol w:w="623"/>
        <w:gridCol w:w="623"/>
        <w:gridCol w:w="623"/>
      </w:tblGrid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22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18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14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22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18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–</w:t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State whether this lower bound represents an optimal solution. Give a reason for your answer.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table below is the table of distances from question 4 in 5B.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</w:tblGrid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G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H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47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84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382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172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299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144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47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402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155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193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319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165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84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456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246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373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218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382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402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456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413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220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155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289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155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413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286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131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172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193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246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220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144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70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G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299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319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373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155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286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144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160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jc w:val="center"/>
            </w:pPr>
            <w:r>
              <w:rPr>
                <w:b/>
                <w:sz w:val="22"/>
              </w:rPr>
              <w:t>H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144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165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218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289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131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70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160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–</w:t>
            </w:r>
          </w:p>
        </w:tc>
      </w:tr>
    </w:tbl>
    <w:p>
      <w:pPr>
        <w:jc w:val="both"/>
      </w:pPr>
    </w:p>
    <w:p>
      <w:pPr>
        <w:keepNext/>
        <w:ind w:left="720" w:hanging="357"/>
        <w:jc w:val="both"/>
      </w:pPr>
      <w:r>
        <w:t>a)</w:t>
        <w:tab/>
        <w:t>By deleting vertices A then G, find two lower bounds to the travelling salesman problem for the network above.</w:t>
      </w:r>
    </w:p>
    <w:p>
      <w:pPr>
        <w:keepNext/>
        <w:ind w:left="357"/>
        <w:jc w:val="both"/>
      </w:pPr>
      <w:r>
        <w:t>Deleting A: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623"/>
        <w:gridCol w:w="623"/>
        <w:gridCol w:w="623"/>
        <w:gridCol w:w="623"/>
        <w:gridCol w:w="623"/>
        <w:gridCol w:w="623"/>
        <w:gridCol w:w="623"/>
      </w:tblGrid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G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H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402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155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193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319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165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456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246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373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218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402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456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413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220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155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289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155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413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286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131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193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246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220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144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70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G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319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373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155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286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144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160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jc w:val="center"/>
            </w:pPr>
            <w:r>
              <w:rPr>
                <w:b/>
                <w:sz w:val="22"/>
              </w:rPr>
              <w:t>H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165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218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289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131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70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160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–</w:t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Deleting G: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623"/>
        <w:gridCol w:w="623"/>
        <w:gridCol w:w="623"/>
        <w:gridCol w:w="623"/>
        <w:gridCol w:w="623"/>
        <w:gridCol w:w="623"/>
        <w:gridCol w:w="623"/>
      </w:tblGrid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H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47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84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382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172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144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47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402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155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193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165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84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456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246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218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382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402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456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413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220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289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155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413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131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172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193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246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220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70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jc w:val="center"/>
            </w:pPr>
            <w:r>
              <w:rPr>
                <w:b/>
                <w:sz w:val="22"/>
              </w:rPr>
              <w:t>H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144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165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218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289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131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70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–</w:t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Select the better lower bound of the two found in part a, giving a reason for your answer.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Taking your answer to b and using the better upper bound, 1237 miles, found in 5B, write down the smallest interval that must contain the length of the optimal route.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Choosing inequalities (&lt; or ≤):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jc w:val="center"/>
      </w:pPr>
      <w:r>
        <w:rPr>
          <w:b/>
          <w:sz w:val="32"/>
          <w:u w:val="single"/>
        </w:rPr>
        <w:t>5D Using the Nearest Neighbour Algorithm to Find an Upper Bound</w:t>
      </w:r>
    </w:p>
    <w:p>
      <w:pPr>
        <w:keepNext/>
        <w:jc w:val="both"/>
      </w:pPr>
      <w:r>
        <w:t>The nearest neighbour algorithm:</w:t>
      </w:r>
    </w:p>
    <w:p>
      <w:pPr>
        <w:keepNext/>
        <w:ind w:left="357"/>
        <w:jc w:val="both"/>
      </w:pPr>
      <w:r>
        <w:t>1</w:t>
      </w:r>
    </w:p>
    <w:p>
      <w:pPr>
        <w:jc w:val="both"/>
      </w:pPr>
    </w:p>
    <w:p>
      <w:pPr>
        <w:keepNext/>
        <w:ind w:left="357"/>
        <w:jc w:val="both"/>
      </w:pPr>
      <w:r>
        <w:t>2</w:t>
      </w:r>
    </w:p>
    <w:p>
      <w:pPr>
        <w:jc w:val="both"/>
      </w:pPr>
    </w:p>
    <w:p>
      <w:pPr>
        <w:keepNext/>
        <w:ind w:left="357"/>
        <w:jc w:val="both"/>
      </w:pPr>
      <w:r>
        <w:t>3</w:t>
      </w:r>
    </w:p>
    <w:p>
      <w:pPr>
        <w:jc w:val="both"/>
      </w:pPr>
    </w:p>
    <w:p>
      <w:pPr>
        <w:keepNext/>
        <w:ind w:left="357"/>
        <w:jc w:val="both"/>
      </w:pPr>
      <w:r>
        <w:t>4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Difference between the nearest neighbour algorithm and Prim’s algorithm: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Apply the nearest neighbour algorithm, using A then B then C as starting vertices, to find an upper bound to the travelling salesman problem.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623"/>
        <w:gridCol w:w="623"/>
        <w:gridCol w:w="623"/>
        <w:gridCol w:w="623"/>
        <w:gridCol w:w="623"/>
      </w:tblGrid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13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14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6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21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21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–</w:t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This is the table of distances from question 2 in 5C. We found that the optimal solution lay in the interval  971 miles &lt; optimal solution ≤ 1237 miles.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</w:tblGrid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G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H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47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84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382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172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299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144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47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402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155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193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319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165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84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456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246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373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218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382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402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456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413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220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155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289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155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413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286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131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172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193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246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220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144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70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G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299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319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373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155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286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144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160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jc w:val="center"/>
            </w:pPr>
            <w:r>
              <w:rPr>
                <w:b/>
                <w:sz w:val="22"/>
              </w:rPr>
              <w:t>H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144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165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218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289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131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70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160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–</w:t>
            </w:r>
          </w:p>
        </w:tc>
      </w:tr>
    </w:tbl>
    <w:p>
      <w:pPr>
        <w:jc w:val="both"/>
      </w:pPr>
    </w:p>
    <w:p>
      <w:pPr>
        <w:keepNext w:val="0"/>
        <w:ind w:left="720" w:hanging="357"/>
        <w:jc w:val="both"/>
      </w:pPr>
      <w:r>
        <w:t>a)</w:t>
        <w:tab/>
        <w:t>Use the nearest neighbour algorithm, using A then B as starting vertices, to find upper bounds for the travelling salesman problem.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Review the interval containing the optimal solution and amend it if necessary, giving a reason for your answer.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