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3A Kruskal’s Algorithm</w:t>
      </w:r>
    </w:p>
    <w:p>
      <w:pPr>
        <w:jc w:val="both"/>
      </w:pPr>
      <w:r>
        <w:t>Minimum spanning tree (MST) / minimum connector: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Kruskal’s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Number of arcs in a spanning tree of a network with n vertices:</w:t>
      </w: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1.</w:t>
        <w:tab/>
        <w:t>Use Kruskal’s algorithm to find a minimum spanning tree for this network. List the arcs in the order that you consider them. State the weight of your tree.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14653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653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ind w:left="357" w:hanging="357"/>
        <w:jc w:val="both"/>
      </w:pPr>
      <w:r>
        <w:t>2.</w:t>
        <w:tab/>
        <w:t>Use Kruskal’s algorithm and show that there are four minimum spanning trees for this network. State their weight.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700000" cy="17224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722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/>
        <w:jc w:val="both"/>
      </w:pPr>
      <w:r>
        <w:t>Draw the four minimum spanning trees: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276220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_x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622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3B Prim’s Algorithm</w:t>
      </w:r>
    </w:p>
    <w:p>
      <w:pPr>
        <w:jc w:val="both"/>
      </w:pPr>
      <w:r>
        <w:t>Prim’s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Differences between Prim’s and Kruskal’s algorithms: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1.</w:t>
        <w:tab/>
        <w:t>Use Prim’s algorithm to find a minimum spanning tree for the network below. List the arcs in the order in which you add them to your tree.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184256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425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/>
        <w:jc w:val="both"/>
      </w:pPr>
      <w:r>
        <w:t>Draw your minimum spanning tree and state its weight: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0000" cy="128979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289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3C Applying Prim’s Algorithm to a Distance Matrix</w:t>
      </w:r>
    </w:p>
    <w:p>
      <w:pPr>
        <w:jc w:val="both"/>
      </w:pPr>
      <w:r>
        <w:t>Why use a distance matrix?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The distance matrix form of Prim’s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1.</w:t>
        <w:tab/>
        <w:t>Apply Prim’s algorithm to the distance matrix to find a minimum spanning tree. Start at 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40000" cy="166044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6604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ind w:left="357"/>
        <w:jc w:val="both"/>
      </w:pPr>
      <w:r>
        <w:t>Arcs in order of selection: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/>
        <w:jc w:val="both"/>
      </w:pPr>
      <w:r>
        <w:t>Draw the minimum spanning tree and state its weight: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ind w:left="357" w:hanging="357"/>
        <w:jc w:val="both"/>
      </w:pPr>
      <w:r>
        <w:t>2.</w:t>
        <w:tab/>
        <w:t>Here is the distance matrix used in question 1.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0000" cy="129145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291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720" w:hanging="357"/>
        <w:jc w:val="both"/>
      </w:pPr>
      <w:r>
        <w:t>a)</w:t>
        <w:tab/>
        <w:t>Work out the number of comparisons required to complete Prim’s algorithm.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720" w:hanging="357"/>
        <w:jc w:val="both"/>
      </w:pPr>
      <w:r>
        <w:t>b)</w:t>
        <w:tab/>
        <w:t>Work out the number of comparisons required for an n × n distance matrix.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720" w:hanging="357"/>
        <w:jc w:val="both"/>
      </w:pPr>
      <w:r>
        <w:t>c)</w:t>
        <w:tab/>
        <w:t>State the order of this implementation of Prim’s algorithm in terms of the number of vertices, 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3D Using Dijkstra’s Algorithm to Find the Shortest Path</w:t>
      </w:r>
    </w:p>
    <w:p>
      <w:pPr>
        <w:jc w:val="both"/>
      </w:pPr>
      <w:r>
        <w:t>Dijkstra’s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Final (permanent) label and working values (temporary labels):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/>
        <w:jc w:val="both"/>
      </w:pPr>
      <w:r>
        <w:t>To make the working clear, replace each vertex with a box like this: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53277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x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532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  <w:r>
        <w:t>Finding the shortest route (tracing back from T to 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ind w:left="357" w:hanging="357"/>
        <w:jc w:val="both"/>
      </w:pPr>
      <w:r>
        <w:t>1.</w:t>
        <w:tab/>
        <w:t>Use Dijkstra’s algorithm to find the shortest route from S to T in the network below.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148438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484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0000" cy="2682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_boxe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6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ind w:left="357" w:hanging="357"/>
        <w:jc w:val="both"/>
      </w:pPr>
      <w:r>
        <w:t>2.</w:t>
        <w:tab/>
        <w:t>Use Dijkstra’s algorithm in this network to find the length of the shortest route:</w:t>
      </w:r>
    </w:p>
    <w:p>
      <w:pPr>
        <w:ind w:left="720" w:hanging="357"/>
        <w:jc w:val="both"/>
      </w:pPr>
      <w:r>
        <w:t>a)</w:t>
        <w:tab/>
        <w:t>from A to H</w:t>
      </w:r>
    </w:p>
    <w:p>
      <w:pPr>
        <w:ind w:left="720" w:hanging="357"/>
        <w:jc w:val="both"/>
      </w:pPr>
      <w:r>
        <w:t>b)</w:t>
        <w:tab/>
        <w:t>from A to G.</w:t>
      </w:r>
    </w:p>
    <w:p>
      <w:pPr>
        <w:ind w:left="357"/>
        <w:jc w:val="both"/>
      </w:pPr>
      <w:r>
        <w:t>List the routes you use.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1697483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6974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206564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_boxe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065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both"/>
      </w:pPr>
      <w:r>
        <w:t>Directed networks:</w:t>
      </w: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3.</w:t>
        <w:tab/>
        <w:t>The network below represents part of a road system in a city. Some roads are one-way and these are indicated by directed arcs. The number on each arc represents the time, in minutes, to travel along that arc.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469494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4694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720" w:hanging="357"/>
        <w:jc w:val="both"/>
      </w:pPr>
      <w:r>
        <w:t>a)</w:t>
        <w:tab/>
        <w:t>Show that there are two quickest routes from A to I. Explain how you found your routes from your labelled diagram.</w:t>
      </w:r>
    </w:p>
    <w:p>
      <w:pPr>
        <w:ind w:left="357"/>
        <w:jc w:val="both"/>
      </w:pPr>
      <w:r>
        <w:t>Road HI is closed due to roadworks.</w:t>
      </w:r>
    </w:p>
    <w:p>
      <w:pPr>
        <w:ind w:left="720" w:hanging="357"/>
        <w:jc w:val="both"/>
      </w:pPr>
      <w:r>
        <w:t>b)</w:t>
        <w:tab/>
        <w:t>Find the quickest route from A to I, avoiding HI.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227948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_boxe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279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3E Floyd’s Algorithm</w:t>
      </w:r>
    </w:p>
    <w:p>
      <w:pPr>
        <w:ind w:left="357"/>
        <w:jc w:val="both"/>
      </w:pPr>
      <w:r>
        <w:t>A level only.</w:t>
      </w:r>
    </w:p>
    <w:p>
      <w:pPr>
        <w:jc w:val="both"/>
      </w:pPr>
    </w:p>
    <w:p>
      <w:pPr>
        <w:jc w:val="both"/>
      </w:pPr>
      <w:r>
        <w:t>What does Floyd’s algorithm find? (compare with Dijkstra’s algorithm)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Floyd’s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ind w:left="357" w:hanging="357"/>
        <w:jc w:val="both"/>
      </w:pPr>
      <w:r>
        <w:t>1.</w:t>
        <w:tab/>
        <w:t>This distance graph shows the direct distances, by road, between four towns A, B, C and D, in miles. The road from D to A is a one-way road as shown by the arrow.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3509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350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720" w:hanging="357"/>
        <w:jc w:val="both"/>
      </w:pPr>
      <w:r>
        <w:t>a)</w:t>
        <w:tab/>
        <w:t>Use Floyd’s algorithm to produce a table of shortest distances. You should give the distance table and route table for each iteration.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280194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_ini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80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280194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_it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80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280194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_it2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80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280194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_it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80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280194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_it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80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720" w:hanging="357"/>
        <w:jc w:val="both"/>
      </w:pPr>
      <w:r>
        <w:t>b)</w:t>
        <w:tab/>
        <w:t>Find the route of minimum length from C to D.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ind w:left="357" w:hanging="357"/>
        <w:jc w:val="both"/>
      </w:pPr>
      <w:r>
        <w:t>2.</w:t>
        <w:tab/>
        <w:t>8 departure gates in an airport, which are linked by a system of travellators and escalators, are modelled using the directed network shown. The weight of each edge represents the travel time, in minutes, from one gate to another.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0000" cy="1731501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315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357"/>
        <w:jc w:val="both"/>
      </w:pPr>
      <w:r>
        <w:t>7 iterations of Floyd’s algorithm are applied to the network, resulting in the following distance and route tables.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1882591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t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8825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ind w:left="720" w:hanging="357"/>
        <w:jc w:val="both"/>
      </w:pPr>
      <w:r>
        <w:t>a)</w:t>
        <w:tab/>
        <w:t>Apply the final iteration of Floyd’s algorithm to give the final distance and route tables for the network.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183304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8_final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1833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ind w:left="720" w:hanging="357"/>
        <w:jc w:val="both"/>
      </w:pPr>
      <w:r>
        <w:t>b)</w:t>
        <w:tab/>
        <w:t>Sarah needs to get from gate D to gate F. State the minimum time needed to make this journey, and determine the route she should take.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