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  <w:u w:val="single"/>
        </w:rPr>
        <w:t>2A Modelling with Graphs</w:t>
      </w:r>
    </w:p>
    <w:p>
      <w:pPr>
        <w:jc w:val="both"/>
      </w:pPr>
      <w:r>
        <w:t>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Vertex (node):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Edge (arc):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Weighted graph (network):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This graph shows the routes flown by an airline.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268763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268763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Explain why this is a graph.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Describe what is represented by  i  the vertices   ii  the edges.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Describe two possible flight routes from Johannesburg to Liberville.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This network shows the lengths of pipes running between water standpipes on a camp site. The lengths on the edges are given in metres.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3600000" cy="160467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60467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Write down the length of the pipe connecting standpipe B to standpipe D.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Write a list of the standpipes that are directly connected to standpipe E.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The network shows the times taken, in minutes, by a car to travel along some sections of road.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683692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836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Calculate the minimum time needed to travel from A to D and give the route taken.</w:t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rHeight w:val="425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>
              <w:t>Route</w:t>
            </w:r>
          </w:p>
        </w:tc>
        <w:tc>
          <w:tcPr>
            <w:tcW w:type="dxa" w:w="2551"/>
          </w:tcPr>
          <w:p>
            <w:pPr>
              <w:keepNext/>
              <w:jc w:val="center"/>
            </w:pPr>
            <w:r>
              <w:t>Time needed (mins)</w:t>
            </w:r>
          </w:p>
        </w:tc>
      </w:tr>
      <w:tr>
        <w:trPr>
          <w:trHeight w:val="425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/>
          </w:p>
        </w:tc>
        <w:tc>
          <w:tcPr>
            <w:tcW w:type="dxa" w:w="2551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2551"/>
          </w:tcPr>
          <w:p>
            <w:pPr>
              <w:keepNext/>
              <w:jc w:val="center"/>
            </w:pPr>
            <w:r/>
          </w:p>
        </w:tc>
        <w:tc>
          <w:tcPr>
            <w:tcW w:type="dxa" w:w="2551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2551"/>
          </w:tcPr>
          <w:p>
            <w:pPr>
              <w:keepNext w:val="0"/>
              <w:jc w:val="center"/>
            </w:pPr>
            <w:r/>
          </w:p>
        </w:tc>
        <w:tc>
          <w:tcPr>
            <w:tcW w:type="dxa" w:w="2551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2B Graph Theory</w:t>
      </w:r>
    </w:p>
    <w:p>
      <w:pPr>
        <w:jc w:val="both"/>
      </w:pPr>
      <w:r>
        <w:t>Vertex set and edge set: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Subgraph: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Degree (valency / order) of a vertex: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Even degree / odd degree: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Walk: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Path: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Trail: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Cycle: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Hamiltonian cycle:</w:t>
      </w: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For the graph below, give an example of: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446667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alk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4466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ind w:left="720" w:hanging="357"/>
        <w:jc w:val="both"/>
      </w:pPr>
      <w:r>
        <w:t>a)</w:t>
        <w:tab/>
        <w:t>a walk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a path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c)</w:t>
        <w:tab/>
        <w:t>a trail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d)</w:t>
        <w:tab/>
        <w:t>a cycle</w:t>
      </w:r>
    </w:p>
    <w:p>
      <w:pPr>
        <w:jc w:val="both"/>
      </w:pPr>
    </w:p>
    <w:p>
      <w:pPr>
        <w:jc w:val="both"/>
      </w:pPr>
    </w:p>
    <w:p>
      <w:pPr>
        <w:keepNext w:val="0"/>
        <w:ind w:left="720" w:hanging="357"/>
        <w:jc w:val="both"/>
      </w:pPr>
      <w:r>
        <w:t>e)</w:t>
        <w:tab/>
        <w:t>a Hamiltonian cycle.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Connected vertices / connected 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Loop:</w:t>
      </w:r>
    </w:p>
    <w:p>
      <w:pPr>
        <w:jc w:val="both"/>
      </w:pPr>
    </w:p>
    <w:p>
      <w:pPr>
        <w:jc w:val="both"/>
      </w:pPr>
    </w:p>
    <w:p>
      <w:pPr>
        <w:jc w:val="both"/>
      </w:pPr>
      <w:r>
        <w:t>Simple 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Directed graph (digraph):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Euler’s handshaking lemma: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For the graph below: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1980000" cy="158047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4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80000" cy="15804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720" w:hanging="357"/>
        <w:jc w:val="both"/>
      </w:pPr>
      <w:r>
        <w:t>a)</w:t>
        <w:tab/>
        <w:t>Find the sum of the valencies of the vertices in this graph.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13"/>
        <w:gridCol w:w="4513"/>
      </w:tblGrid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Vertex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  <w:r>
              <w:t>Valency</w:t>
            </w: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E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/>
              <w:jc w:val="center"/>
            </w:pPr>
            <w:r>
              <w:t>F</w:t>
            </w:r>
          </w:p>
        </w:tc>
        <w:tc>
          <w:tcPr>
            <w:tcW w:type="dxa" w:w="141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1417"/>
          </w:tcPr>
          <w:p>
            <w:pPr>
              <w:keepNext w:val="0"/>
              <w:jc w:val="center"/>
            </w:pPr>
            <w:r>
              <w:t>Total</w:t>
            </w:r>
          </w:p>
        </w:tc>
        <w:tc>
          <w:tcPr>
            <w:tcW w:type="dxa" w:w="1417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p>
      <w:pPr>
        <w:keepNext w:val="0"/>
        <w:ind w:left="720" w:hanging="357"/>
        <w:jc w:val="both"/>
      </w:pPr>
      <w:r>
        <w:t>b)</w:t>
        <w:tab/>
        <w:t>Verify that your answer to part a is twice the number of edges in the graph.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A graph has 5 nodes and 8 edges. The valencies of the nodes are x, x − 1, x + 1, 2x − 1 and x − 1. Find the value of x.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2C Special Types of Graph</w:t>
      </w:r>
    </w:p>
    <w:p>
      <w:pPr>
        <w:jc w:val="both"/>
      </w:pPr>
      <w:r>
        <w:t>Tree: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Explain why the first graph is a tree but the second graph is not.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320000" cy="121697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ee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121697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Spanning tree: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Draw two possible spanning trees for this graph.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274708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a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2747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46154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andot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46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160000" cy="1246154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andots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12461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  <w:r>
        <w:t>Complete 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Notation Kₙ:</w:t>
      </w:r>
    </w:p>
    <w:p>
      <w:pPr>
        <w:jc w:val="both"/>
      </w:pPr>
    </w:p>
    <w:p>
      <w:pPr>
        <w:jc w:val="both"/>
      </w:pPr>
    </w:p>
    <w:p>
      <w:pPr>
        <w:keepNext w:val="0"/>
        <w:ind w:left="357" w:hanging="357"/>
        <w:jc w:val="both"/>
      </w:pPr>
      <w:r>
        <w:t>3.</w:t>
        <w:tab/>
        <w:t>Draw the complete graphs K₃, K₄ and K₆.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Isomorphic graphs: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4.</w:t>
        <w:tab/>
        <w:t>Show that this graph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355048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o1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35504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is isomorphic to each of these graphs by pairing equivalent vertices.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680000" cy="970188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so23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97018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128"/>
        <w:gridCol w:w="1128"/>
        <w:gridCol w:w="1128"/>
        <w:gridCol w:w="1128"/>
        <w:gridCol w:w="1128"/>
        <w:gridCol w:w="1128"/>
        <w:gridCol w:w="1128"/>
        <w:gridCol w:w="1128"/>
      </w:tblGrid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First graph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E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F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  <w:r>
              <w:t>G</w:t>
            </w: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Second graph</w:t>
            </w: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  <w:tc>
          <w:tcPr>
            <w:tcW w:type="dxa" w:w="794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 w:val="0"/>
              <w:jc w:val="center"/>
            </w:pPr>
            <w:r>
              <w:t>Third graph</w:t>
            </w: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  <w:tc>
          <w:tcPr>
            <w:tcW w:type="dxa" w:w="794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2D Representing Graphs and Networks Using Matrices</w:t>
      </w:r>
    </w:p>
    <w:p>
      <w:pPr>
        <w:jc w:val="both"/>
      </w:pPr>
      <w:r>
        <w:t>Adjacency matrix: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Use an adjacency matrix to represent this graph.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1679223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6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679223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/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E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F</w:t>
            </w: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E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 w:val="0"/>
              <w:jc w:val="center"/>
            </w:pPr>
            <w:r>
              <w:t>F</w:t>
            </w: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What does the 2 in row B, column E mean? What about the 2 in row F, column F?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Distance matrix: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2.</w:t>
        <w:tab/>
        <w:t>Use a distance matrix to represent this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5322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7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53220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/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E</w:t>
            </w: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A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B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C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D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 w:val="0"/>
              <w:jc w:val="center"/>
            </w:pPr>
            <w:r>
              <w:t>E</w:t>
            </w: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What do you notice about the matrix?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3.</w:t>
        <w:tab/>
        <w:t>Use a distance matrix to represent this directed network.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880000" cy="1636486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8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1636486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289"/>
        <w:gridCol w:w="1289"/>
        <w:gridCol w:w="1289"/>
        <w:gridCol w:w="1289"/>
        <w:gridCol w:w="1289"/>
        <w:gridCol w:w="1289"/>
        <w:gridCol w:w="1289"/>
      </w:tblGrid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/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R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S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T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U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V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  <w:r>
              <w:t>W</w:t>
            </w: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R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S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T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U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/>
              <w:jc w:val="center"/>
            </w:pPr>
            <w:r>
              <w:t>V</w:t>
            </w: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  <w:tc>
          <w:tcPr>
            <w:tcW w:type="dxa" w:w="737"/>
          </w:tcPr>
          <w:p>
            <w:pPr>
              <w:keepNext/>
              <w:jc w:val="center"/>
            </w:pPr>
          </w:p>
        </w:tc>
      </w:tr>
      <w:tr>
        <w:trPr>
          <w:trHeight w:val="425"/>
          <w:cantSplit/>
        </w:trPr>
        <w:tc>
          <w:tcPr>
            <w:tcW w:type="dxa" w:w="907"/>
          </w:tcPr>
          <w:p>
            <w:pPr>
              <w:keepNext w:val="0"/>
              <w:jc w:val="center"/>
            </w:pPr>
            <w:r>
              <w:t>W</w:t>
            </w: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  <w:tc>
          <w:tcPr>
            <w:tcW w:type="dxa" w:w="737"/>
          </w:tcPr>
          <w:p>
            <w:pPr>
              <w:keepNext w:val="0"/>
              <w:jc w:val="center"/>
            </w:pPr>
          </w:p>
        </w:tc>
      </w:tr>
    </w:tbl>
    <w:p>
      <w:pPr>
        <w:jc w:val="both"/>
      </w:pPr>
    </w:p>
    <w:p>
      <w:pPr>
        <w:keepNext/>
        <w:ind w:left="357"/>
        <w:jc w:val="both"/>
      </w:pPr>
      <w:r>
        <w:t>What do you notice about the matrix this time?</w:t>
      </w:r>
    </w:p>
    <w:p>
      <w:pPr>
        <w:jc w:val="both"/>
      </w:pPr>
    </w:p>
    <w:p>
      <w:pPr>
        <w:jc w:val="both"/>
      </w:pPr>
    </w:p>
    <w:p>
      <w:r>
        <w:br w:type="page"/>
      </w:r>
    </w:p>
    <w:p>
      <w:pPr>
        <w:jc w:val="center"/>
      </w:pPr>
      <w:r>
        <w:rPr>
          <w:b/>
          <w:sz w:val="32"/>
          <w:u w:val="single"/>
        </w:rPr>
        <w:t>2E The Planarity Algorithm</w:t>
      </w:r>
    </w:p>
    <w:p>
      <w:pPr>
        <w:keepNext/>
        <w:ind w:left="357"/>
        <w:jc w:val="both"/>
      </w:pPr>
      <w:r>
        <w:t>(A level only)</w:t>
      </w:r>
    </w:p>
    <w:p>
      <w:pPr>
        <w:jc w:val="both"/>
      </w:pPr>
      <w:r>
        <w:t>Planar graph: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162192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4k5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16219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Which of K₄ and K₅ is planar? Redraw it with no edges crossing.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  <w:r>
        <w:t>The planarity algorithm (steps):</w:t>
      </w:r>
    </w:p>
    <w:p>
      <w:pPr>
        <w:keepNext/>
        <w:ind w:left="357"/>
        <w:jc w:val="both"/>
      </w:pPr>
      <w:r>
        <w:t>1   Identify a Hamiltonian cycle.</w:t>
      </w:r>
    </w:p>
    <w:p>
      <w:pPr>
        <w:jc w:val="both"/>
      </w:pPr>
    </w:p>
    <w:p>
      <w:pPr>
        <w:keepNext/>
        <w:ind w:left="357"/>
        <w:jc w:val="both"/>
      </w:pPr>
      <w:r>
        <w:t>2   Draw a polygon ...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3   Draw edges inside the polygon ...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4   Make a list ...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5   Choose any unlabelled edge ...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6   Look at any unlabelled edges that cross the edge(s) just labelled: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 w:hanging="357"/>
        <w:jc w:val="both"/>
      </w:pPr>
      <w:r>
        <w:t>1.</w:t>
        <w:tab/>
        <w:t>Use the planarity algorithm to determine whether this graph is planar.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2153628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9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1536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Step 1:</w:t>
      </w:r>
    </w:p>
    <w:p>
      <w:pPr>
        <w:jc w:val="both"/>
      </w:pPr>
    </w:p>
    <w:p>
      <w:pPr>
        <w:keepNext/>
        <w:ind w:left="357"/>
        <w:jc w:val="both"/>
      </w:pPr>
      <w:r>
        <w:t>Steps 2, 3: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2340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ct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3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Step 4:</w:t>
      </w: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Steps 5 and 6:</w:t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keepNext/>
        <w:ind w:left="357"/>
        <w:jc w:val="both"/>
      </w:pPr>
      <w:r>
        <w:t>Draw the graph with no edges crossing: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2340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ct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3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 w:hanging="357"/>
        <w:jc w:val="both"/>
      </w:pPr>
      <w:r>
        <w:t>2.</w:t>
        <w:tab/>
        <w:t>An electronics company attaches components A, B, C, D, E and F to a circuit board. These components are to be connected by wires that are not allowed to cross. The table gives information about the connections.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520000" cy="1501171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1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50117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  <w:ind w:left="357"/>
        <w:jc w:val="both"/>
      </w:pPr>
      <w:r>
        <w:t>Using the Hamiltonian cycle ABCDEFA, apply the planarity algorithm to determine whether the connections can be made without any wires crossing.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40000" cy="2340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ex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23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p>
      <w:pPr>
        <w:jc w:val="both"/>
      </w:pPr>
    </w:p>
    <w:sectPr w:rsidR="00FC693F" w:rsidRPr="0006063C" w:rsidSect="00034616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9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