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5C Using a Minimum Spanning Tree Method to Find a Lower Bound</w:t>
      </w:r>
    </w:p>
    <w:p>
      <w:pPr>
        <w:keepNext/>
        <w:jc w:val="both"/>
      </w:pPr>
      <w:r>
        <w:t>Using a minimum spanning tree method to find a lower bound for the classical problem:</w:t>
      </w:r>
    </w:p>
    <w:p>
      <w:pPr>
        <w:keepNext/>
        <w:ind w:left="357"/>
        <w:jc w:val="both"/>
      </w:pPr>
      <w:r>
        <w:t>1</w:t>
      </w:r>
    </w:p>
    <w:p>
      <w:pPr>
        <w:jc w:val="both"/>
      </w:pPr>
    </w:p>
    <w:p>
      <w:pPr>
        <w:keepNext/>
        <w:ind w:left="357"/>
        <w:jc w:val="both"/>
      </w:pPr>
      <w:r>
        <w:t>2</w:t>
      </w:r>
    </w:p>
    <w:p>
      <w:pPr>
        <w:jc w:val="both"/>
      </w:pPr>
    </w:p>
    <w:p>
      <w:pPr>
        <w:keepNext/>
        <w:ind w:left="357"/>
        <w:jc w:val="both"/>
      </w:pPr>
      <w:r>
        <w:t>3</w:t>
      </w:r>
    </w:p>
    <w:p>
      <w:pPr>
        <w:jc w:val="both"/>
      </w:pPr>
    </w:p>
    <w:p>
      <w:pPr>
        <w:keepNext/>
        <w:ind w:left="357"/>
        <w:jc w:val="both"/>
      </w:pPr>
      <w:r>
        <w:t>4</w:t>
      </w:r>
    </w:p>
    <w:p>
      <w:pPr>
        <w:jc w:val="both"/>
      </w:pPr>
    </w:p>
    <w:p>
      <w:pPr>
        <w:keepNext/>
        <w:ind w:left="357"/>
        <w:jc w:val="both"/>
      </w:pPr>
      <w:r>
        <w:t>5</w:t>
      </w:r>
    </w:p>
    <w:p>
      <w:pPr>
        <w:jc w:val="both"/>
      </w:pPr>
    </w:p>
    <w:p>
      <w:pPr>
        <w:keepNext/>
        <w:ind w:left="357"/>
        <w:jc w:val="both"/>
      </w:pPr>
      <w:r>
        <w:t>6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Residual minimum spanning tree (RMST):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Lower bound for the practical problem: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table of least distances for a network is shown.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By deleting vertex A, find a lower bound to the travelling salesman problem for this network.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State whether this lower bound represents an optimal solution. Give a reason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The table below is the table of distances from question 4 in 5B.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299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keepNext/>
        <w:ind w:left="720" w:hanging="357"/>
        <w:jc w:val="both"/>
      </w:pPr>
      <w:r>
        <w:t>a)</w:t>
        <w:tab/>
        <w:t>By deleting vertices A then G, find two lower bounds to the travelling salesman problem for the network above.</w:t>
      </w:r>
    </w:p>
    <w:p>
      <w:pPr>
        <w:keepNext/>
        <w:ind w:left="357"/>
        <w:jc w:val="both"/>
      </w:pPr>
      <w:r>
        <w:t>Deleting A: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G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319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373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Deleting G: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23"/>
        <w:gridCol w:w="623"/>
        <w:gridCol w:w="623"/>
        <w:gridCol w:w="623"/>
        <w:gridCol w:w="623"/>
        <w:gridCol w:w="623"/>
        <w:gridCol w:w="623"/>
        <w:gridCol w:w="623"/>
      </w:tblGrid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H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144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165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218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D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382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402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456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289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E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155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413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131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F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172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193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246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220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204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–</w:t>
            </w:r>
          </w:p>
        </w:tc>
        <w:tc>
          <w:tcPr>
            <w:tcW w:type="dxa" w:w="624"/>
          </w:tcPr>
          <w:p>
            <w:pPr>
              <w:keepNext/>
              <w:jc w:val="center"/>
            </w:pPr>
            <w:r>
              <w:rPr>
                <w:sz w:val="22"/>
              </w:rPr>
              <w:t>70</w:t>
            </w:r>
          </w:p>
        </w:tc>
      </w:tr>
      <w:tr>
        <w:trPr>
          <w:trHeight w:val="369"/>
          <w:cantSplit/>
        </w:trPr>
        <w:tc>
          <w:tcPr>
            <w:tcW w:type="dxa" w:w="624"/>
          </w:tcPr>
          <w:p>
            <w:pPr>
              <w:jc w:val="center"/>
            </w:pPr>
            <w:r>
              <w:rPr>
                <w:b/>
                <w:sz w:val="22"/>
              </w:rPr>
              <w:t>H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144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165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218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289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type="dxa" w:w="624"/>
          </w:tcPr>
          <w:p>
            <w:pPr>
              <w:jc w:val="center"/>
            </w:pPr>
            <w:r>
              <w:rPr>
                <w:sz w:val="22"/>
              </w:rPr>
              <w:t>–</w:t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Select the better lower bound of the two found in part a, giving a reason for your answer.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Taking your answer to b and using the better upper bound, 1237 miles, found in 5B, write down the smallest interval that must contain the length of the optimal route.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Choosing inequalities (&lt; or ≤):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