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5B Using a Minimum Spanning Tree Method to Find an Upper Bound</w:t>
      </w:r>
    </w:p>
    <w:p>
      <w:pPr>
        <w:keepNext/>
        <w:jc w:val="both"/>
      </w:pPr>
      <w:r>
        <w:t>Using a minimum spanning tree method to find an upper bound for the practical problem:</w:t>
      </w:r>
    </w:p>
    <w:p>
      <w:pPr>
        <w:keepNext/>
        <w:ind w:left="357"/>
        <w:jc w:val="both"/>
      </w:pPr>
      <w:r>
        <w:t>1</w:t>
      </w:r>
    </w:p>
    <w:p>
      <w:pPr>
        <w:jc w:val="both"/>
      </w:pPr>
    </w:p>
    <w:p>
      <w:pPr>
        <w:keepNext/>
        <w:ind w:left="357"/>
        <w:jc w:val="both"/>
      </w:pPr>
      <w:r>
        <w:t>2</w:t>
      </w:r>
    </w:p>
    <w:p>
      <w:pPr>
        <w:jc w:val="both"/>
      </w:pPr>
    </w:p>
    <w:p>
      <w:pPr>
        <w:keepNext/>
        <w:ind w:left="357"/>
        <w:jc w:val="both"/>
      </w:pPr>
      <w:r>
        <w:t>3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3401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st_dou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340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Initial upper bound: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For the network below:</w:t>
      </w:r>
    </w:p>
    <w:p>
      <w:pPr>
        <w:keepNext/>
        <w:ind w:left="720" w:hanging="357"/>
        <w:jc w:val="both"/>
      </w:pPr>
      <w:r>
        <w:t>a)</w:t>
        <w:tab/>
        <w:t>Use Kruskal’s algorithm to find a minimum spanning tree for the network below.</w:t>
      </w:r>
    </w:p>
    <w:p>
      <w:pPr>
        <w:keepNext/>
        <w:ind w:left="720" w:hanging="357"/>
        <w:jc w:val="both"/>
      </w:pPr>
      <w:r>
        <w:t>b)</w:t>
        <w:tab/>
        <w:t>Hence find an initial upper bound for the travelling salesman problem.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8366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366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table of least distances for a network is given below. Find an initial upper bound for the travelling salesman problem for this network.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Improving the upper bound (shortcuts):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Starting from the initial upper bound found in question 2, use a shortcut to reduce the upper bound to below 70.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table shows the distances, in miles, between eight cities. A politician has to visit each city, starting and finishing at A. She wishes to minimise the total distance travelled.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Find a minimum spanning tree for this network.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find an upper bound for this problem.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Use shortcuts to reduce this upper bound to a value below 1300 miles.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Selecting shortcuts: try the shortcuts BD,  CB + AF + FD  and  CD  for question 4. Which gives the best upper bound? (Aim to make the upper bound as ... as possible.)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