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3C Applying Prim’s Algorithm to a Distance Matrix</w:t>
      </w:r>
    </w:p>
    <w:p>
      <w:pPr>
        <w:jc w:val="both"/>
      </w:pPr>
      <w:r>
        <w:t>Why use a distance matrix?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The distance matrix form of Prim’s algorithm: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 w:hanging="357"/>
        <w:jc w:val="both"/>
      </w:pPr>
      <w:r>
        <w:t>1.</w:t>
        <w:tab/>
        <w:t>Apply Prim’s algorithm to the distance matrix to find a minimum spanning tree. Start at 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40000" cy="16604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604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Arcs in order of selection: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357"/>
        <w:jc w:val="both"/>
      </w:pPr>
      <w:r>
        <w:t>Draw the minimum spanning tree and state its weight: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ind w:left="357" w:hanging="357"/>
        <w:jc w:val="both"/>
      </w:pPr>
      <w:r>
        <w:t>2.</w:t>
        <w:tab/>
        <w:t>Here is the distance matrix used in question 1.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2914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91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left="720" w:hanging="357"/>
        <w:jc w:val="both"/>
      </w:pPr>
      <w:r>
        <w:t>a)</w:t>
        <w:tab/>
        <w:t>Work out the number of comparisons required to complete Prim’s algorithm.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720" w:hanging="357"/>
        <w:jc w:val="both"/>
      </w:pPr>
      <w:r>
        <w:t>b)</w:t>
        <w:tab/>
        <w:t>Work out the number of comparisons required for an n × n distance matrix.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ind w:left="720" w:hanging="357"/>
        <w:jc w:val="both"/>
      </w:pPr>
      <w:r>
        <w:t>c)</w:t>
        <w:tab/>
        <w:t>State the order of this implementation of Prim’s algorithm in terms of the number of vertices, 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