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Kruskal’s Algorithm</w:t>
      </w:r>
    </w:p>
    <w:p>
      <w:pPr>
        <w:jc w:val="both"/>
      </w:pPr>
      <w:r>
        <w:t>Minimum spanning tree (MST) / minimum connector: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Kruskal’s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Number of arcs in a spanning tree of a network with n vertices: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Use Kruskal’s algorithm to find a minimum spanning tree for this network. List the arcs in the order that you consider them. State the weight of your tree.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4653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6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Use Kruskal’s algorithm and show that there are four minimum spanning trees for this network. State their weight.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700000" cy="17224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722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the four minimum spanning trees: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76220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_x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62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