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2E The Planarity Algorithm</w:t>
      </w:r>
    </w:p>
    <w:p>
      <w:pPr>
        <w:keepNext/>
        <w:ind w:left="357"/>
        <w:jc w:val="both"/>
      </w:pPr>
      <w:r>
        <w:t>(A level only)</w:t>
      </w:r>
    </w:p>
    <w:p>
      <w:pPr>
        <w:jc w:val="both"/>
      </w:pPr>
      <w:r>
        <w:t>Planar 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621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4k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62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Which of K₄ and K₅ is planar? Redraw it with no edges crossing.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The planarity algorithm (steps):</w:t>
      </w:r>
    </w:p>
    <w:p>
      <w:pPr>
        <w:keepNext/>
        <w:ind w:left="357"/>
        <w:jc w:val="both"/>
      </w:pPr>
      <w:r>
        <w:t>1   Identify a Hamiltonian cycle.</w:t>
      </w:r>
    </w:p>
    <w:p>
      <w:pPr>
        <w:jc w:val="both"/>
      </w:pPr>
    </w:p>
    <w:p>
      <w:pPr>
        <w:keepNext/>
        <w:ind w:left="357"/>
        <w:jc w:val="both"/>
      </w:pPr>
      <w:r>
        <w:t>2   Draw a polygon ...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3   Draw edges inside the polygon ...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4   Make a list ...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5   Choose any unlabelled edge ...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6   Look at any unlabelled edges that cross the edge(s) just labelled: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Use the planarity algorithm to determine whether this graph is planar.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21536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153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Step 1:</w:t>
      </w:r>
    </w:p>
    <w:p>
      <w:pPr>
        <w:jc w:val="both"/>
      </w:pPr>
    </w:p>
    <w:p>
      <w:pPr>
        <w:keepNext/>
        <w:ind w:left="357"/>
        <w:jc w:val="both"/>
      </w:pPr>
      <w:r>
        <w:t>Steps 2, 3: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234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c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3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Step 4: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Steps 5 and 6: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Draw the graph with no edges crossing: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234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c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3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 w:hanging="357"/>
        <w:jc w:val="both"/>
      </w:pPr>
      <w:r>
        <w:t>2.</w:t>
        <w:tab/>
        <w:t>An electronics company attaches components A, B, C, D, E and F to a circuit board. These components are to be connected by wires that are not allowed to cross. The table gives information about the connections.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50117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01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Using the Hamiltonian cycle ABCDEFA, apply the planarity algorithm to determine whether the connections can be made without any wires crossing.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234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3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