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2A Modelling with Graphs</w:t>
      </w:r>
    </w:p>
    <w:p>
      <w:pPr>
        <w:jc w:val="both"/>
      </w:pPr>
      <w:r>
        <w:t>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Vertex (node):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Edge (arc):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Weighted graph (network):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This graph shows the routes flown by an airline.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26876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87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Explain why this is a graph.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Describe what is represented by  i  the vertices   ii  the edges.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Describe two possible flight routes from Johannesburg to Liberville.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This network shows the lengths of pipes running between water standpipes on a camp site. The lengths on the edges are given in metres.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16046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04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Write down the length of the pipe connecting standpipe B to standpipe 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Write a list of the standpipes that are directly connected to standpipe 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network shows the times taken, in minutes, by a car to travel along some sections of road.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6836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3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Calculate the minimum time needed to travel from A to D and give the route taken.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rHeight w:val="425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t>Route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t>Time needed (mins)</w:t>
            </w:r>
          </w:p>
        </w:tc>
      </w:tr>
      <w:tr>
        <w:trPr>
          <w:trHeight w:val="425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/>
          </w:p>
        </w:tc>
        <w:tc>
          <w:tcPr>
            <w:tcW w:type="dxa" w:w="2551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/>
          </w:p>
        </w:tc>
        <w:tc>
          <w:tcPr>
            <w:tcW w:type="dxa" w:w="2551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2551"/>
          </w:tcPr>
          <w:p>
            <w:pPr>
              <w:keepNext w:val="0"/>
              <w:jc w:val="center"/>
            </w:pPr>
            <w:r/>
          </w:p>
        </w:tc>
        <w:tc>
          <w:tcPr>
            <w:tcW w:type="dxa" w:w="2551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